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08F5" w:rsidRPr="001F794D" w:rsidRDefault="00314FA9" w:rsidP="00040565">
      <w:pPr>
        <w:pStyle w:val="berschrift1"/>
        <w:tabs>
          <w:tab w:val="left" w:pos="284"/>
        </w:tabs>
        <w:jc w:val="center"/>
        <w:rPr>
          <w:rFonts w:asciiTheme="majorHAnsi" w:hAnsiTheme="majorHAnsi" w:cstheme="majorHAnsi"/>
          <w:lang w:val="de-CH"/>
        </w:rPr>
      </w:pPr>
      <w:r w:rsidRPr="001F794D">
        <w:rPr>
          <w:rFonts w:asciiTheme="majorHAnsi" w:hAnsiTheme="majorHAnsi" w:cstheme="majorHAnsi"/>
          <w:lang w:val="de-CH"/>
        </w:rPr>
        <w:t xml:space="preserve">Fragebogen </w:t>
      </w:r>
      <w:r w:rsidR="00A32804">
        <w:rPr>
          <w:rFonts w:asciiTheme="majorHAnsi" w:hAnsiTheme="majorHAnsi" w:cstheme="majorHAnsi"/>
          <w:lang w:val="de-CH"/>
        </w:rPr>
        <w:t xml:space="preserve">TS </w:t>
      </w:r>
      <w:r w:rsidR="002E2DA2" w:rsidRPr="001F794D">
        <w:rPr>
          <w:rFonts w:asciiTheme="majorHAnsi" w:hAnsiTheme="majorHAnsi" w:cstheme="majorHAnsi"/>
          <w:lang w:val="de-CH"/>
        </w:rPr>
        <w:t>Hund</w:t>
      </w:r>
    </w:p>
    <w:p w:rsidR="000208F5" w:rsidRPr="001F794D" w:rsidRDefault="000208F5" w:rsidP="00040565">
      <w:pPr>
        <w:tabs>
          <w:tab w:val="left" w:pos="284"/>
        </w:tabs>
        <w:rPr>
          <w:rFonts w:asciiTheme="majorHAnsi" w:hAnsiTheme="majorHAnsi" w:cstheme="majorHAnsi"/>
          <w:b/>
          <w:bCs/>
          <w:lang w:val="de-CH"/>
        </w:rPr>
      </w:pPr>
    </w:p>
    <w:p w:rsidR="00D00BBA" w:rsidRPr="001F794D" w:rsidRDefault="00D00BBA" w:rsidP="00040565">
      <w:pPr>
        <w:pStyle w:val="Kopfzeile"/>
        <w:tabs>
          <w:tab w:val="left" w:pos="284"/>
        </w:tabs>
        <w:rPr>
          <w:rFonts w:asciiTheme="majorHAnsi" w:hAnsiTheme="majorHAnsi" w:cstheme="majorHAnsi"/>
          <w:lang w:val="de-CH"/>
        </w:rPr>
      </w:pPr>
      <w:r w:rsidRPr="001F794D">
        <w:rPr>
          <w:rFonts w:asciiTheme="majorHAnsi" w:hAnsiTheme="majorHAnsi" w:cstheme="majorHAnsi"/>
          <w:b/>
          <w:bCs/>
          <w:lang w:val="de-CH"/>
        </w:rPr>
        <w:t xml:space="preserve">Datum der Konsultation: </w:t>
      </w:r>
      <w:r w:rsidR="00A32804" w:rsidRPr="00162689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lang w:val="de-CH"/>
        </w:rPr>
        <w:t xml:space="preserve"> </w:t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D00BBA" w:rsidRPr="001F794D" w:rsidRDefault="00D00BBA" w:rsidP="00040565">
      <w:pPr>
        <w:tabs>
          <w:tab w:val="left" w:pos="284"/>
        </w:tabs>
        <w:rPr>
          <w:rFonts w:asciiTheme="majorHAnsi" w:hAnsiTheme="majorHAnsi" w:cstheme="majorHAnsi"/>
          <w:lang w:val="de-CH"/>
        </w:rPr>
      </w:pPr>
    </w:p>
    <w:p w:rsidR="00D00BBA" w:rsidRPr="001F794D" w:rsidRDefault="00D00BBA" w:rsidP="00040565">
      <w:pPr>
        <w:pStyle w:val="berschrift2"/>
        <w:numPr>
          <w:ilvl w:val="0"/>
          <w:numId w:val="10"/>
        </w:numPr>
        <w:tabs>
          <w:tab w:val="left" w:pos="284"/>
          <w:tab w:val="num" w:pos="360"/>
        </w:tabs>
        <w:ind w:left="0" w:firstLine="0"/>
        <w:rPr>
          <w:rFonts w:cstheme="majorHAnsi"/>
          <w:color w:val="632423" w:themeColor="accent2" w:themeShade="80"/>
        </w:rPr>
      </w:pPr>
      <w:r w:rsidRPr="001F794D">
        <w:rPr>
          <w:rFonts w:cstheme="majorHAnsi"/>
          <w:color w:val="632423" w:themeColor="accent2" w:themeShade="80"/>
        </w:rPr>
        <w:t>Allgemeine Angaben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8"/>
        <w:gridCol w:w="4918"/>
      </w:tblGrid>
      <w:tr w:rsidR="00040565" w:rsidRPr="001F794D" w:rsidTr="0054545B">
        <w:trPr>
          <w:trHeight w:val="67"/>
        </w:trPr>
        <w:tc>
          <w:tcPr>
            <w:tcW w:w="4815" w:type="dxa"/>
          </w:tcPr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Name </w:t>
            </w:r>
          </w:p>
          <w:p w:rsidR="00A32804" w:rsidRDefault="00A32804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D00BBA" w:rsidRPr="00A32804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A32804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Adresse </w:t>
            </w:r>
          </w:p>
          <w:p w:rsidR="00D00BBA" w:rsidRPr="00A32804" w:rsidRDefault="00A32804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="00D00BBA" w:rsidRPr="00A32804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br/>
              <w:t xml:space="preserve">E-Mail </w:t>
            </w:r>
          </w:p>
          <w:p w:rsidR="00D00BBA" w:rsidRPr="00A32804" w:rsidRDefault="00A32804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="00D00BBA" w:rsidRPr="00A32804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br/>
              <w:t xml:space="preserve">Telefonnummer 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</w:pP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  <w:t>Mitbewohner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Keine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Mann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Frau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Kinder unter 6 J.  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unter 14 J.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Senioren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Menschen mit Behinderung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br/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Hund/e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Katze/n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>Andere Tiere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Sonstige </w: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162689" w:rsidRDefault="00162689" w:rsidP="00162689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</w:pPr>
          </w:p>
          <w:p w:rsidR="00162689" w:rsidRPr="001F794D" w:rsidRDefault="00162689" w:rsidP="00162689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  <w:t>Einschränkungen bei Mitwbewohner</w: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  <w:t xml:space="preserve">: </w:t>
            </w:r>
          </w:p>
          <w:p w:rsidR="00162689" w:rsidRPr="001F794D" w:rsidRDefault="00162689" w:rsidP="00162689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>körperlich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>psychologisch</w:t>
            </w:r>
          </w:p>
          <w:p w:rsidR="00162689" w:rsidRDefault="00162689" w:rsidP="00162689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>Beschreibe es kurz:</w:t>
            </w:r>
          </w:p>
          <w:p w:rsidR="00162689" w:rsidRPr="001F794D" w:rsidRDefault="00162689" w:rsidP="00162689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</w: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</w:pP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  <w:t xml:space="preserve">Wohnsituation: 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Haus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Wohnung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</w:p>
          <w:p w:rsidR="00D00BBA" w:rsidRPr="001F794D" w:rsidRDefault="00A32804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="00D00BBA"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val="de-CH" w:eastAsia="de-DE"/>
              </w:rPr>
              <w:t xml:space="preserve"> </w:t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Anzahl Zimmer  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>Garten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ohne Nutzung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zur Nutzung      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eingezäunt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>Wo ist der Hund nicht erlaubt?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2F4EC3" w:rsidRPr="001F794D" w:rsidRDefault="002F4EC3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lang w:eastAsia="de-DE"/>
              </w:rPr>
            </w:pPr>
          </w:p>
          <w:p w:rsidR="002F4EC3" w:rsidRPr="001F794D" w:rsidRDefault="002F4EC3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Ferien, Arbeitszeiten, Alleinbleiben geplant?</w:t>
            </w:r>
          </w:p>
          <w:p w:rsidR="002F4EC3" w:rsidRPr="001F794D" w:rsidRDefault="002F4EC3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2F4EC3" w:rsidRPr="001F794D" w:rsidRDefault="002F4EC3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</w:p>
        </w:tc>
        <w:tc>
          <w:tcPr>
            <w:tcW w:w="5240" w:type="dxa"/>
          </w:tcPr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>Name deines Hundes</w:t>
            </w:r>
          </w:p>
          <w:p w:rsidR="00D00BBA" w:rsidRPr="001F794D" w:rsidRDefault="00A32804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A32804">
              <w:rPr>
                <w:rFonts w:asciiTheme="majorHAnsi" w:hAnsiTheme="majorHAnsi" w:cstheme="majorHAnsi"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2804">
              <w:rPr>
                <w:rFonts w:asciiTheme="majorHAnsi" w:hAnsiTheme="majorHAnsi" w:cstheme="majorHAnsi"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A32804">
              <w:rPr>
                <w:rFonts w:asciiTheme="majorHAnsi" w:hAnsiTheme="majorHAnsi" w:cstheme="majorHAnsi"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A32804">
              <w:rPr>
                <w:rFonts w:asciiTheme="majorHAnsi" w:hAnsiTheme="majorHAnsi" w:cstheme="majorHAnsi"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A32804">
              <w:rPr>
                <w:rFonts w:asciiTheme="majorHAnsi" w:hAnsiTheme="majorHAnsi" w:cstheme="majorHAnsi"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A32804">
              <w:rPr>
                <w:rFonts w:asciiTheme="majorHAnsi" w:hAnsiTheme="majorHAnsi" w:cstheme="majorHAnsi"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A32804">
              <w:rPr>
                <w:rFonts w:asciiTheme="majorHAnsi" w:hAnsiTheme="majorHAnsi" w:cstheme="majorHAnsi"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A32804">
              <w:rPr>
                <w:rFonts w:asciiTheme="majorHAnsi" w:hAnsiTheme="majorHAnsi" w:cstheme="majorHAnsi"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A32804">
              <w:rPr>
                <w:rFonts w:asciiTheme="majorHAnsi" w:hAnsiTheme="majorHAnsi" w:cstheme="majorHAnsi"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A32804">
              <w:rPr>
                <w:rFonts w:asciiTheme="majorHAnsi" w:hAnsiTheme="majorHAnsi" w:cstheme="majorHAnsi"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="00D00BBA"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val="de-CH" w:eastAsia="de-DE"/>
              </w:rPr>
              <w:t xml:space="preserve">     </w:t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br/>
              <w:t>Geburtsdatum (oder geschätzt)</w:t>
            </w:r>
          </w:p>
          <w:p w:rsidR="00D00BBA" w:rsidRPr="00455C15" w:rsidRDefault="00A32804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="000F4403"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="00D00BBA" w:rsidRPr="00455C15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      Alter heute: 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="00D00BBA" w:rsidRPr="00455C15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val="de-CH" w:eastAsia="de-DE"/>
              </w:rPr>
              <w:t xml:space="preserve">  </w:t>
            </w:r>
            <w:r w:rsidR="00D00BBA" w:rsidRPr="00455C15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br/>
              <w:t>Rasse oder Mischung</w:t>
            </w:r>
          </w:p>
          <w:p w:rsidR="00D00BBA" w:rsidRPr="001F794D" w:rsidRDefault="000F4403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pPr>
            <w:r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bookmarkEnd w:id="0"/>
          </w:p>
          <w:p w:rsidR="00DC0073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Warum diese Rasse/Mix oder Hund: </w:t>
            </w:r>
          </w:p>
          <w:p w:rsidR="00FF47F6" w:rsidRDefault="00FF47F6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br/>
              <w:t>Aktuelles Gewicht &amp; Grösse</w:t>
            </w:r>
          </w:p>
          <w:p w:rsidR="00D00BBA" w:rsidRPr="001F794D" w:rsidRDefault="00A32804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="00D00BBA"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 w:eastAsia="de-DE"/>
              </w:rPr>
              <w:t xml:space="preserve"> kg        </w:t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XS     </w:t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S     </w:t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M     </w:t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L     </w:t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XL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 w:eastAsia="de-DE"/>
              </w:rPr>
              <w:t>Geschlech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>t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männlich 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weiblich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br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Kastration /Sterilisation geplant   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Intakt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kastriert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 w:eastAsia="de-DE"/>
              </w:rPr>
              <w:t xml:space="preserve">Gesundheit     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gesund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Behinderung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Krankheit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Schmerzen</w:t>
            </w:r>
          </w:p>
          <w:p w:rsidR="002A1875" w:rsidRPr="008F377F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Kommentar: 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D00BBA" w:rsidRPr="001F794D" w:rsidRDefault="002A1875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>Medikamente: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t xml:space="preserve"> 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="00D00BBA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br/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</w:pP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lang w:val="de-CH"/>
              </w:rPr>
              <w:t>Herkunft &amp; Entwicklung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>Woher kommt dein Hund?</w:t>
            </w:r>
          </w:p>
          <w:p w:rsidR="002F4EC3" w:rsidRPr="008F377F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="00DC0073" w:rsidRPr="00DC0073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 Geburtsort: </w:t>
            </w:r>
            <w:r w:rsidR="00DC0073"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0073"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="00DC0073"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="00DC0073"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="00DC0073"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="00DC0073"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="00DC0073"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="00DC0073"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="00DC0073"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="00DC0073"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="00DC0073" w:rsidRPr="00DC0073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</w:t>
            </w:r>
          </w:p>
          <w:p w:rsidR="002F4EC3" w:rsidRPr="008F377F" w:rsidRDefault="002F4EC3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/>
              </w:rPr>
            </w:pPr>
          </w:p>
          <w:p w:rsidR="002F4EC3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Vorbesitzer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br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ja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nei</w:t>
            </w:r>
            <w:r w:rsidR="002F4EC3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>n</w:t>
            </w:r>
          </w:p>
          <w:p w:rsidR="002F4EC3" w:rsidRPr="001F794D" w:rsidRDefault="002F4EC3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/>
              </w:rPr>
            </w:pP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t>Tierschutz / Second-Hand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/>
              </w:rPr>
              <w:br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ja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nein</w:t>
            </w:r>
          </w:p>
          <w:p w:rsidR="00D00BBA" w:rsidRPr="006305C6" w:rsidRDefault="00FF47F6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Tierschutzorganisation: 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FF47F6" w:rsidRPr="001F794D" w:rsidRDefault="00FF47F6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>Seit wann lebt dein Hund bei dir?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val="de-CH"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br/>
              <w:t>Wie alt war er bei der Übernahme?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984806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u w:val="single"/>
                <w:lang w:val="de-CH"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Ersthund  </w:t>
            </w:r>
            <w:r w:rsidR="002F4EC3"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F4EC3"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="002F4EC3"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ja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val="de-CH" w:eastAsia="de-DE"/>
              </w:rPr>
              <w:t xml:space="preserve"> nein</w:t>
            </w:r>
          </w:p>
          <w:p w:rsidR="00D00BBA" w:rsidRPr="001F794D" w:rsidRDefault="00D00BBA" w:rsidP="00040565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u w:val="single"/>
                <w:lang w:eastAsia="de-DE"/>
              </w:rPr>
            </w:pPr>
          </w:p>
        </w:tc>
      </w:tr>
    </w:tbl>
    <w:p w:rsidR="00D00BBA" w:rsidRPr="001F794D" w:rsidRDefault="00D00BBA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  <w:lang w:val="de-CH"/>
        </w:rPr>
        <w:t>Wie geht es dir aktuell mit deinem Hund – ganz spontan?</w:t>
      </w:r>
    </w:p>
    <w:p w:rsidR="00D00BBA" w:rsidRPr="001F794D" w:rsidRDefault="00D00BBA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color w:val="984806" w:themeColor="accent6" w:themeShade="80"/>
          <w:sz w:val="20"/>
          <w:szCs w:val="20"/>
          <w:lang w:eastAsia="de-DE"/>
        </w:rPr>
      </w:pP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455C15" w:rsidRDefault="00455C15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</w:p>
    <w:p w:rsidR="00455C15" w:rsidRDefault="00455C15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</w:p>
    <w:p w:rsidR="00314FA9" w:rsidRPr="001F794D" w:rsidRDefault="00314FA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  <w:lang w:val="de-CH"/>
        </w:rPr>
        <w:lastRenderedPageBreak/>
        <w:t>Bisheriges Training</w:t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br/>
      </w:r>
      <w:r w:rsidR="002F4EC3"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F4EC3"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="002F4EC3"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keine Hundeschule</w:t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Hundeschule</w:t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Einzeltraining</w:t>
      </w:r>
    </w:p>
    <w:p w:rsidR="00162689" w:rsidRDefault="0016268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</w:p>
    <w:p w:rsidR="00314FA9" w:rsidRPr="001F794D" w:rsidRDefault="00314FA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  <w:lang w:val="de-CH"/>
        </w:rPr>
        <w:t>Was habt ihr bisher gemacht?</w:t>
      </w:r>
    </w:p>
    <w:p w:rsidR="002A1875" w:rsidRPr="001F794D" w:rsidRDefault="002A1875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pP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D00BBA" w:rsidRPr="001F794D" w:rsidRDefault="00D00BBA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</w:p>
    <w:p w:rsidR="00314FA9" w:rsidRPr="001F794D" w:rsidRDefault="00314FA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  <w:lang w:val="de-CH"/>
        </w:rPr>
        <w:t>Hat sich Verhalten in letzter Zeit verändert?</w:t>
      </w:r>
    </w:p>
    <w:p w:rsidR="002A1875" w:rsidRPr="001F794D" w:rsidRDefault="002A1875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pP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314FA9" w:rsidRPr="001F794D" w:rsidRDefault="00314FA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</w:p>
    <w:p w:rsidR="00314FA9" w:rsidRPr="001F794D" w:rsidRDefault="00314FA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  <w:lang w:val="de-CH"/>
        </w:rPr>
        <w:t>Was ist aktuell am schwierigsten im Alltag?</w:t>
      </w:r>
    </w:p>
    <w:p w:rsidR="002A1875" w:rsidRPr="001F794D" w:rsidRDefault="002A1875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pP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3E2314" w:rsidRPr="001F794D" w:rsidRDefault="003E2314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</w:p>
    <w:p w:rsidR="00314FA9" w:rsidRPr="001F794D" w:rsidRDefault="00314FA9" w:rsidP="00040565">
      <w:pPr>
        <w:pStyle w:val="berschrift2"/>
        <w:numPr>
          <w:ilvl w:val="0"/>
          <w:numId w:val="10"/>
        </w:numPr>
        <w:tabs>
          <w:tab w:val="left" w:pos="284"/>
          <w:tab w:val="num" w:pos="360"/>
        </w:tabs>
        <w:ind w:left="0" w:firstLine="0"/>
        <w:rPr>
          <w:rFonts w:cstheme="majorHAnsi"/>
          <w:color w:val="632423" w:themeColor="accent2" w:themeShade="80"/>
        </w:rPr>
      </w:pPr>
      <w:r w:rsidRPr="001F794D">
        <w:rPr>
          <w:rFonts w:cstheme="majorHAnsi"/>
          <w:color w:val="632423" w:themeColor="accent2" w:themeShade="80"/>
        </w:rPr>
        <w:t>Entwicklung</w:t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</w:t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>Unbekannt</w:t>
      </w:r>
    </w:p>
    <w:p w:rsidR="003E2314" w:rsidRPr="001F794D" w:rsidRDefault="003E2314" w:rsidP="00040565">
      <w:pPr>
        <w:tabs>
          <w:tab w:val="left" w:pos="284"/>
        </w:tabs>
        <w:rPr>
          <w:rFonts w:asciiTheme="majorHAnsi" w:hAnsiTheme="majorHAnsi" w:cstheme="majorHAnsi"/>
          <w:sz w:val="18"/>
          <w:szCs w:val="18"/>
          <w:lang w:val="de-CH"/>
        </w:rPr>
      </w:pPr>
    </w:p>
    <w:p w:rsidR="003E2314" w:rsidRPr="001F794D" w:rsidRDefault="003E2314" w:rsidP="00040565">
      <w:pPr>
        <w:tabs>
          <w:tab w:val="left" w:pos="284"/>
        </w:tabs>
        <w:rPr>
          <w:rFonts w:asciiTheme="majorHAnsi" w:hAnsiTheme="majorHAnsi" w:cstheme="majorHAnsi"/>
          <w:sz w:val="18"/>
          <w:szCs w:val="18"/>
          <w:lang w:val="de-CH"/>
        </w:rPr>
        <w:sectPr w:rsidR="003E2314" w:rsidRPr="001F794D" w:rsidSect="00F77263">
          <w:headerReference w:type="even" r:id="rId8"/>
          <w:headerReference w:type="default" r:id="rId9"/>
          <w:footerReference w:type="default" r:id="rId10"/>
          <w:pgSz w:w="12240" w:h="15840"/>
          <w:pgMar w:top="1417" w:right="1417" w:bottom="1134" w:left="1417" w:header="567" w:footer="567" w:gutter="0"/>
          <w:pgNumType w:fmt="numberInDash"/>
          <w:cols w:space="720"/>
          <w:docGrid w:linePitch="360"/>
        </w:sectPr>
      </w:pPr>
    </w:p>
    <w:p w:rsidR="002A1875" w:rsidRPr="001F794D" w:rsidRDefault="00314FA9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Pränatale Phase (falls bekannt)</w:t>
      </w:r>
    </w:p>
    <w:p w:rsidR="002A1875" w:rsidRPr="001F794D" w:rsidRDefault="002A1875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314FA9" w:rsidRPr="001F794D" w:rsidRDefault="00314FA9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br/>
        <w:t>Zustand der Mutter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ruhig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gestresst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unbekannt</w:t>
      </w:r>
    </w:p>
    <w:p w:rsidR="003E2314" w:rsidRPr="001F794D" w:rsidRDefault="003E2314" w:rsidP="00040565">
      <w:pPr>
        <w:pStyle w:val="StandardWeb"/>
        <w:tabs>
          <w:tab w:val="left" w:pos="284"/>
        </w:tabs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Frühphase (0–8 Wochen)</w:t>
      </w:r>
    </w:p>
    <w:p w:rsidR="00C37CA4" w:rsidRPr="001F794D" w:rsidRDefault="003E2314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Aufzucht</w:t>
      </w:r>
      <w:r w:rsidRPr="001F794D">
        <w:rPr>
          <w:rFonts w:asciiTheme="majorHAnsi" w:hAnsiTheme="majorHAnsi" w:cstheme="majorHAnsi"/>
          <w:b/>
          <w:bCs/>
          <w:sz w:val="20"/>
          <w:szCs w:val="20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Mutter + Wurf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Handaufzucht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Tierheim </w:t>
      </w:r>
    </w:p>
    <w:p w:rsidR="003E2314" w:rsidRPr="001F794D" w:rsidRDefault="002A1875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E2314" w:rsidRPr="001F794D">
        <w:rPr>
          <w:rFonts w:asciiTheme="majorHAnsi" w:hAnsiTheme="majorHAnsi" w:cstheme="majorHAnsi"/>
          <w:sz w:val="20"/>
          <w:szCs w:val="20"/>
        </w:rPr>
        <w:t xml:space="preserve"> </w:t>
      </w:r>
      <w:r w:rsidRPr="001F794D">
        <w:rPr>
          <w:rFonts w:asciiTheme="majorHAnsi" w:hAnsiTheme="majorHAnsi" w:cstheme="majorHAnsi"/>
          <w:sz w:val="20"/>
          <w:szCs w:val="20"/>
        </w:rPr>
        <w:t xml:space="preserve">Strasse 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="003E2314" w:rsidRPr="001F794D">
        <w:rPr>
          <w:rFonts w:asciiTheme="majorHAnsi" w:hAnsiTheme="majorHAnsi" w:cstheme="majorHAnsi"/>
          <w:sz w:val="20"/>
          <w:szCs w:val="20"/>
        </w:rPr>
        <w:t>unbekannt</w:t>
      </w:r>
    </w:p>
    <w:p w:rsidR="002A1875" w:rsidRPr="001F794D" w:rsidRDefault="002A1875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:rsidR="00C37CA4" w:rsidRPr="001F794D" w:rsidRDefault="00C37CA4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Anzahl Welpen:</w:t>
      </w:r>
      <w:r w:rsidR="002A1875" w:rsidRPr="001F794D">
        <w:rPr>
          <w:rFonts w:asciiTheme="majorHAnsi" w:hAnsiTheme="majorHAnsi" w:cstheme="majorHAnsi"/>
          <w:sz w:val="20"/>
          <w:szCs w:val="20"/>
        </w:rPr>
        <w:t xml:space="preserve"> </w:t>
      </w:r>
      <w:r w:rsidR="002A1875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1875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="002A1875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="002A1875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="002A1875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2A1875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2A1875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2A1875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2A1875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2A1875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3E2314" w:rsidRPr="001F794D" w:rsidRDefault="003E2314" w:rsidP="00040565">
      <w:pPr>
        <w:pStyle w:val="StandardWeb"/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Umwelt</w:t>
      </w:r>
      <w:r w:rsidRPr="001F794D">
        <w:rPr>
          <w:rFonts w:asciiTheme="majorHAnsi" w:hAnsiTheme="majorHAnsi" w:cstheme="majorHAnsi"/>
          <w:b/>
          <w:bCs/>
          <w:sz w:val="20"/>
          <w:szCs w:val="20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ruhig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reizarm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reizreich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unbekannt</w:t>
      </w:r>
    </w:p>
    <w:p w:rsidR="00314FA9" w:rsidRPr="001F794D" w:rsidRDefault="00314FA9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Besonderheiten</w:t>
      </w:r>
    </w:p>
    <w:p w:rsidR="002A1875" w:rsidRPr="001F794D" w:rsidRDefault="002A1875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F77263" w:rsidRDefault="00F77263" w:rsidP="00040565">
      <w:pPr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</w:p>
    <w:p w:rsidR="00314FA9" w:rsidRDefault="00314FA9" w:rsidP="00040565">
      <w:pPr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</w:p>
    <w:p w:rsidR="00F77263" w:rsidRPr="001F794D" w:rsidRDefault="00F77263" w:rsidP="00040565">
      <w:pPr>
        <w:tabs>
          <w:tab w:val="left" w:pos="284"/>
        </w:tabs>
        <w:rPr>
          <w:rFonts w:asciiTheme="majorHAnsi" w:hAnsiTheme="majorHAnsi" w:cstheme="majorHAnsi"/>
        </w:rPr>
      </w:pPr>
    </w:p>
    <w:p w:rsidR="003E2314" w:rsidRPr="001F794D" w:rsidRDefault="003E2314" w:rsidP="00040565">
      <w:pPr>
        <w:pStyle w:val="berschrift2"/>
        <w:numPr>
          <w:ilvl w:val="0"/>
          <w:numId w:val="10"/>
        </w:numPr>
        <w:tabs>
          <w:tab w:val="left" w:pos="284"/>
          <w:tab w:val="num" w:pos="360"/>
        </w:tabs>
        <w:ind w:left="0" w:firstLine="0"/>
        <w:rPr>
          <w:rFonts w:cstheme="majorHAnsi"/>
          <w:color w:val="632423" w:themeColor="accent2" w:themeShade="80"/>
        </w:rPr>
        <w:sectPr w:rsidR="003E2314" w:rsidRPr="001F794D" w:rsidSect="00040565">
          <w:type w:val="continuous"/>
          <w:pgSz w:w="12240" w:h="15840"/>
          <w:pgMar w:top="1417" w:right="1417" w:bottom="1134" w:left="1417" w:header="1351" w:footer="720" w:gutter="0"/>
          <w:pgNumType w:fmt="numberInDash"/>
          <w:cols w:num="2" w:space="720"/>
          <w:docGrid w:linePitch="360"/>
        </w:sectPr>
      </w:pPr>
    </w:p>
    <w:p w:rsidR="002A1875" w:rsidRPr="001F794D" w:rsidRDefault="002A1875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Beschreibe bitte den Ort, an dem dein </w:t>
      </w:r>
      <w:r w:rsidRPr="001F794D">
        <w:rPr>
          <w:rFonts w:asciiTheme="majorHAnsi" w:hAnsiTheme="majorHAnsi" w:cstheme="majorHAnsi"/>
          <w:b/>
          <w:bCs/>
          <w:sz w:val="20"/>
          <w:szCs w:val="20"/>
          <w:lang w:val="de-CH"/>
        </w:rPr>
        <w:t>Hund seine ersten Lebensmonate</w:t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verbracht hat. </w:t>
      </w:r>
      <w:r w:rsidR="00162689">
        <w:rPr>
          <w:rFonts w:asciiTheme="majorHAnsi" w:hAnsiTheme="majorHAnsi" w:cstheme="majorHAnsi"/>
          <w:sz w:val="20"/>
          <w:szCs w:val="20"/>
          <w:lang w:val="de-CH"/>
        </w:rPr>
        <w:t>(</w:t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>Zum Beispiel Zucht, Bauernhof, Ausland, ruhig, abgelegen oder sehr reizvoll.</w:t>
      </w:r>
      <w:r w:rsidR="00162689">
        <w:rPr>
          <w:rFonts w:asciiTheme="majorHAnsi" w:hAnsiTheme="majorHAnsi" w:cstheme="majorHAnsi"/>
          <w:sz w:val="20"/>
          <w:szCs w:val="20"/>
          <w:lang w:val="de-CH"/>
        </w:rPr>
        <w:t>)</w:t>
      </w:r>
      <w:r w:rsidR="002E2DA2"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</w:t>
      </w:r>
      <w:r w:rsidR="002E2DA2"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E2DA2"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="002E2DA2"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="002E2DA2"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</w:t>
      </w:r>
      <w:r w:rsidR="002E2DA2" w:rsidRPr="00162689">
        <w:rPr>
          <w:rFonts w:asciiTheme="majorHAnsi" w:hAnsiTheme="majorHAnsi" w:cstheme="majorHAnsi"/>
          <w:sz w:val="20"/>
          <w:szCs w:val="20"/>
          <w:lang w:val="de-CH"/>
        </w:rPr>
        <w:t>unbekannt</w:t>
      </w:r>
    </w:p>
    <w:p w:rsidR="002A1875" w:rsidRPr="001F794D" w:rsidRDefault="002A1875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A771CE" w:rsidRDefault="00A771CE" w:rsidP="00A771CE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</w:p>
    <w:p w:rsidR="00A771CE" w:rsidRPr="001F794D" w:rsidRDefault="00A771CE" w:rsidP="00A771CE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A771CE">
        <w:rPr>
          <w:rFonts w:asciiTheme="majorHAnsi" w:hAnsiTheme="majorHAnsi" w:cstheme="majorHAnsi"/>
          <w:sz w:val="20"/>
          <w:szCs w:val="20"/>
          <w:lang w:val="de-CH"/>
        </w:rPr>
        <w:t xml:space="preserve">Was weisst du über weitere Vorbesitzer oder Tierheimen? Wie hat der Hund dort gelebt und welche Themen gab es?  </w:t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</w:t>
      </w:r>
      <w:r>
        <w:rPr>
          <w:rFonts w:asciiTheme="majorHAnsi" w:hAnsiTheme="majorHAnsi" w:cstheme="majorHAnsi"/>
          <w:sz w:val="20"/>
          <w:szCs w:val="20"/>
          <w:lang w:val="de-CH"/>
        </w:rPr>
        <w:t xml:space="preserve">    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</w:t>
      </w:r>
      <w:r w:rsidRPr="00162689">
        <w:rPr>
          <w:rFonts w:asciiTheme="majorHAnsi" w:hAnsiTheme="majorHAnsi" w:cstheme="majorHAnsi"/>
          <w:sz w:val="20"/>
          <w:szCs w:val="20"/>
          <w:lang w:val="de-CH"/>
        </w:rPr>
        <w:t>unbekannt</w:t>
      </w:r>
    </w:p>
    <w:p w:rsidR="00A771CE" w:rsidRPr="001F794D" w:rsidRDefault="00A771CE" w:rsidP="00A771CE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C37CA4" w:rsidRPr="001F794D" w:rsidRDefault="00C37CA4" w:rsidP="00040565">
      <w:pPr>
        <w:pStyle w:val="berschrift2"/>
        <w:tabs>
          <w:tab w:val="left" w:pos="284"/>
        </w:tabs>
        <w:rPr>
          <w:rFonts w:eastAsia="Times New Roman" w:cstheme="majorHAnsi"/>
          <w:bCs w:val="0"/>
          <w:color w:val="auto"/>
          <w:sz w:val="20"/>
          <w:szCs w:val="20"/>
          <w:lang w:val="de-CH" w:eastAsia="de-DE"/>
        </w:rPr>
      </w:pPr>
    </w:p>
    <w:p w:rsidR="00314FA9" w:rsidRPr="001F794D" w:rsidRDefault="00314FA9" w:rsidP="00040565">
      <w:pPr>
        <w:pStyle w:val="berschrift2"/>
        <w:numPr>
          <w:ilvl w:val="0"/>
          <w:numId w:val="10"/>
        </w:numPr>
        <w:tabs>
          <w:tab w:val="left" w:pos="284"/>
          <w:tab w:val="num" w:pos="360"/>
        </w:tabs>
        <w:ind w:left="0" w:firstLine="0"/>
        <w:rPr>
          <w:rFonts w:cstheme="majorHAnsi"/>
          <w:color w:val="632423" w:themeColor="accent2" w:themeShade="80"/>
        </w:rPr>
      </w:pPr>
      <w:r w:rsidRPr="001F794D">
        <w:rPr>
          <w:rFonts w:cstheme="majorHAnsi"/>
          <w:color w:val="632423" w:themeColor="accent2" w:themeShade="80"/>
        </w:rPr>
        <w:t>Sozialisierung</w:t>
      </w:r>
      <w:r w:rsidR="00FD7FD9" w:rsidRPr="001F794D">
        <w:rPr>
          <w:rFonts w:cstheme="majorHAnsi"/>
          <w:color w:val="632423" w:themeColor="accent2" w:themeShade="80"/>
        </w:rPr>
        <w:t xml:space="preserve"> </w:t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  <w:lang w:val="de-CH"/>
        </w:rPr>
        <w:t>Als Welpe un</w:t>
      </w:r>
      <w:r w:rsidR="005236D5">
        <w:rPr>
          <w:rFonts w:asciiTheme="majorHAnsi" w:hAnsiTheme="majorHAnsi" w:cstheme="majorHAnsi"/>
          <w:sz w:val="20"/>
          <w:szCs w:val="20"/>
          <w:lang w:val="de-CH"/>
        </w:rPr>
        <w:t>d</w:t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Junghund vor der Adoption:</w:t>
      </w:r>
    </w:p>
    <w:p w:rsidR="00A771CE" w:rsidRDefault="00A771CE" w:rsidP="00A771CE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:rsidR="00A771CE" w:rsidRDefault="00A771CE" w:rsidP="00A771CE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  <w:sectPr w:rsidR="00A771CE" w:rsidSect="00A771CE">
          <w:type w:val="continuous"/>
          <w:pgSz w:w="12240" w:h="15840"/>
          <w:pgMar w:top="1417" w:right="1417" w:bottom="1134" w:left="1417" w:header="1351" w:footer="720" w:gutter="0"/>
          <w:pgNumType w:fmt="numberInDash"/>
          <w:cols w:space="720"/>
          <w:docGrid w:linePitch="360"/>
        </w:sectPr>
      </w:pPr>
    </w:p>
    <w:p w:rsidR="00314FA9" w:rsidRPr="001F794D" w:rsidRDefault="00314FA9" w:rsidP="00A771CE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Kontakt zu Menschen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wenig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normal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viel</w:t>
      </w:r>
    </w:p>
    <w:p w:rsidR="00A771CE" w:rsidRDefault="00A771CE" w:rsidP="00A771CE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:rsidR="00A771CE" w:rsidRDefault="00314FA9" w:rsidP="00A771CE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Kontakt zu Hunden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wenig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normal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viel</w:t>
      </w:r>
    </w:p>
    <w:p w:rsidR="00A771CE" w:rsidRDefault="00A771CE" w:rsidP="00A771CE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:rsidR="003E2314" w:rsidRDefault="00314FA9" w:rsidP="00A771CE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Neue Umgebungen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selten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regelmässi</w:t>
      </w:r>
      <w:r w:rsidR="00A771CE">
        <w:rPr>
          <w:rFonts w:asciiTheme="majorHAnsi" w:hAnsiTheme="majorHAnsi" w:cstheme="majorHAnsi"/>
          <w:sz w:val="20"/>
          <w:szCs w:val="20"/>
        </w:rPr>
        <w:t>g</w:t>
      </w:r>
    </w:p>
    <w:p w:rsidR="00A771CE" w:rsidRDefault="00A771CE" w:rsidP="00A771CE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  <w:sectPr w:rsidR="00A771CE" w:rsidSect="00A771CE">
          <w:type w:val="continuous"/>
          <w:pgSz w:w="12240" w:h="15840"/>
          <w:pgMar w:top="1417" w:right="1417" w:bottom="1134" w:left="1417" w:header="1351" w:footer="720" w:gutter="0"/>
          <w:pgNumType w:fmt="numberInDash"/>
          <w:cols w:num="3" w:space="720"/>
          <w:docGrid w:linePitch="360"/>
        </w:sectPr>
      </w:pPr>
    </w:p>
    <w:p w:rsidR="00A771CE" w:rsidRDefault="00A771CE" w:rsidP="00A771CE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:rsidR="00A771CE" w:rsidRPr="001F794D" w:rsidRDefault="00A771CE" w:rsidP="00A771CE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  <w:sectPr w:rsidR="00A771CE" w:rsidRPr="001F794D" w:rsidSect="00A771CE">
          <w:type w:val="continuous"/>
          <w:pgSz w:w="12240" w:h="15840"/>
          <w:pgMar w:top="1417" w:right="1417" w:bottom="1134" w:left="1417" w:header="1351" w:footer="720" w:gutter="0"/>
          <w:pgNumType w:fmt="numberInDash"/>
          <w:cols w:space="720"/>
          <w:docGrid w:linePitch="360"/>
        </w:sectPr>
      </w:pPr>
    </w:p>
    <w:p w:rsidR="00A771CE" w:rsidRDefault="00A771CE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  <w:sectPr w:rsidR="00A771CE" w:rsidSect="00F77263">
          <w:headerReference w:type="even" r:id="rId11"/>
          <w:pgSz w:w="11900" w:h="16840"/>
          <w:pgMar w:top="1417" w:right="1417" w:bottom="1134" w:left="1417" w:header="567" w:footer="567" w:gutter="0"/>
          <w:pgNumType w:fmt="numberInDash"/>
          <w:cols w:space="708"/>
          <w:docGrid w:linePitch="360"/>
        </w:sectPr>
      </w:pP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</w:p>
    <w:p w:rsidR="00FD7FD9" w:rsidRPr="001F794D" w:rsidRDefault="00FD7FD9" w:rsidP="00040565">
      <w:pPr>
        <w:pStyle w:val="berschrift2"/>
        <w:numPr>
          <w:ilvl w:val="0"/>
          <w:numId w:val="10"/>
        </w:numPr>
        <w:tabs>
          <w:tab w:val="left" w:pos="284"/>
          <w:tab w:val="num" w:pos="360"/>
        </w:tabs>
        <w:ind w:left="0" w:firstLine="0"/>
        <w:rPr>
          <w:rFonts w:cstheme="majorHAnsi"/>
          <w:color w:val="632423" w:themeColor="accent2" w:themeShade="80"/>
        </w:rPr>
      </w:pPr>
      <w:r w:rsidRPr="001F794D">
        <w:rPr>
          <w:rFonts w:cstheme="majorHAnsi"/>
          <w:color w:val="632423" w:themeColor="accent2" w:themeShade="80"/>
        </w:rPr>
        <w:t>Herkunft &amp; Einzug</w:t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>– War er zuvor im Ausland?</w:t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br/>
        <w:t>– War er in CH im Tierheim, in einer Pflegestelle oder privat untergebracht?</w:t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br/>
        <w:t>– Gibt es bekannte Stationen in seinem Leben (z. B. Strasse, Tierheim, Pflegestelle, Vorbesitzer)?</w:t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br/>
        <w:t>Bitte so gut wie möglich chronologisch beschreiben: kurze Stationen / Besonderheiten</w:t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color w:val="000000"/>
          <w:sz w:val="16"/>
          <w:szCs w:val="16"/>
          <w:lang w:val="de-DE"/>
        </w:rPr>
      </w:pPr>
      <w:r w:rsidRPr="001F794D">
        <w:rPr>
          <w:rFonts w:asciiTheme="majorHAnsi" w:hAnsiTheme="majorHAnsi" w:cstheme="majorHAnsi"/>
          <w:color w:val="000000"/>
          <w:sz w:val="16"/>
          <w:szCs w:val="16"/>
          <w:lang w:val="de-DE"/>
        </w:rPr>
        <w:t>Als Beispiel: 1. Tötungsstation Datum unbekannt 2. Übernahme in ein privates Tierheim in Italien April 2015 3. Verbringung nach Deutschland in eine Pflegestelle/Tierheim Dezember 2015 4. Einzug des Hundes in unser Haus Mai 2016</w:t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16"/>
          <w:szCs w:val="16"/>
          <w:lang w:val="de-CH" w:eastAsia="de-DE"/>
        </w:rPr>
      </w:pPr>
    </w:p>
    <w:p w:rsidR="00FD7FD9" w:rsidRPr="001F794D" w:rsidRDefault="001F794D" w:rsidP="00040565">
      <w:pPr>
        <w:pStyle w:val="KeinLeerraum"/>
        <w:tabs>
          <w:tab w:val="left" w:pos="284"/>
        </w:tabs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  <w:lang w:val="de-CH"/>
        </w:rPr>
        <w:t>Weisst du, wann dein Hund ungefähr seine erste Impfung erhalten hat?</w:t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br/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(</w:t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>ungefähres Datum reicht)</w:t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</w:pPr>
    </w:p>
    <w:p w:rsidR="00EB0EFD" w:rsidRPr="001F794D" w:rsidRDefault="00EB0EFD" w:rsidP="00040565">
      <w:pPr>
        <w:pStyle w:val="KeinLeerraum"/>
        <w:tabs>
          <w:tab w:val="left" w:pos="284"/>
        </w:tabs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</w:pPr>
      <w:r w:rsidRPr="001F794D"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  <w:t xml:space="preserve">Wie </w:t>
      </w:r>
      <w:proofErr w:type="gramStart"/>
      <w:r w:rsidRPr="001F794D"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  <w:t>war</w:t>
      </w:r>
      <w:proofErr w:type="gramEnd"/>
      <w:r w:rsidRPr="001F794D"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  <w:t xml:space="preserve"> der Adoptionsprozess und Übergabe?</w:t>
      </w:r>
    </w:p>
    <w:p w:rsidR="002A1875" w:rsidRPr="001F794D" w:rsidRDefault="001F794D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</w:rP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</w:pPr>
    </w:p>
    <w:p w:rsidR="004705A0" w:rsidRPr="001F794D" w:rsidRDefault="00EB0EFD" w:rsidP="00040565">
      <w:pPr>
        <w:pStyle w:val="KeinLeerraum"/>
        <w:tabs>
          <w:tab w:val="left" w:pos="284"/>
        </w:tabs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  <w:t xml:space="preserve">Gab es </w:t>
      </w:r>
      <w:r w:rsidR="00FD7FD9" w:rsidRPr="001F794D"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  <w:t xml:space="preserve">weitere </w:t>
      </w:r>
      <w:r w:rsidRPr="001F794D"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  <w:t>Probleme in der Startphase?</w:t>
      </w:r>
      <w:r w:rsidRPr="001F794D"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  <w:t xml:space="preserve"> Haben die sich geklärt? Wie?</w:t>
      </w:r>
    </w:p>
    <w:p w:rsidR="00EB0EFD" w:rsidRPr="001F794D" w:rsidRDefault="00FD7FD9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nein 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ja: 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 xml:space="preserve">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</w:rPr>
        <w:fldChar w:fldCharType="end"/>
      </w:r>
    </w:p>
    <w:p w:rsidR="00D811E1" w:rsidRPr="001F794D" w:rsidRDefault="00D811E1" w:rsidP="00040565">
      <w:pPr>
        <w:tabs>
          <w:tab w:val="left" w:pos="284"/>
        </w:tabs>
        <w:rPr>
          <w:rFonts w:asciiTheme="majorHAnsi" w:hAnsiTheme="majorHAnsi" w:cstheme="majorHAnsi"/>
          <w:lang w:val="de-CH"/>
        </w:rPr>
      </w:pPr>
    </w:p>
    <w:p w:rsidR="00FD7FD9" w:rsidRPr="008F377F" w:rsidRDefault="00FD7FD9" w:rsidP="00040565">
      <w:pPr>
        <w:pStyle w:val="berschrift2"/>
        <w:numPr>
          <w:ilvl w:val="0"/>
          <w:numId w:val="10"/>
        </w:numPr>
        <w:tabs>
          <w:tab w:val="left" w:pos="284"/>
          <w:tab w:val="num" w:pos="360"/>
        </w:tabs>
        <w:ind w:left="0" w:firstLine="0"/>
        <w:rPr>
          <w:rFonts w:cstheme="majorHAnsi"/>
          <w:color w:val="632423" w:themeColor="accent2" w:themeShade="80"/>
          <w:lang w:val="de-CH"/>
        </w:rPr>
      </w:pPr>
      <w:r w:rsidRPr="008F377F">
        <w:rPr>
          <w:rFonts w:cstheme="majorHAnsi"/>
          <w:color w:val="632423" w:themeColor="accent2" w:themeShade="80"/>
          <w:lang w:val="de-CH"/>
        </w:rPr>
        <w:t>Startphase (erste Wochen bei dir)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b/>
          <w:bCs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  <w:lang w:val="de-CH" w:eastAsia="de-DE"/>
        </w:rPr>
        <w:t>Konnte dein Hund von Beginn an: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– angeleint spazieren gehen?   </w:t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Ja </w:t>
      </w: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Nein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– sich draussen versäubern?   </w:t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Ja </w:t>
      </w: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Nein</w:t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DE"/>
        </w:rPr>
      </w:pP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Wenn nein, wie lange hat es gedauert, bis er auch beim Spaziergang </w:t>
      </w:r>
      <w:r w:rsidRPr="001F794D">
        <w:rPr>
          <w:rFonts w:asciiTheme="majorHAnsi" w:hAnsiTheme="majorHAnsi" w:cstheme="majorHAnsi"/>
          <w:sz w:val="20"/>
          <w:szCs w:val="20"/>
          <w:lang w:val="de-DE"/>
        </w:rPr>
        <w:t>seine grossen und kleinen Geschäfte erledigt</w:t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hat oder bis er stubenrein war? </w:t>
      </w:r>
    </w:p>
    <w:p w:rsidR="00FD7FD9" w:rsidRPr="001F794D" w:rsidRDefault="001F794D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eastAsia="de-DE"/>
        </w:rPr>
      </w:pP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eastAsia="de-DE"/>
        </w:rPr>
      </w:pP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>Wohin hat er zu Beginn (ersten 3 Wochen) bevorzugt seine Geschäfte gemacht?</w:t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in Haus / Wohnung      </w:t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im Garten     </w:t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auf der Strasse     </w:t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möglichst abseits</w:t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Sonstige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F77263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Hat dein Hund </w:t>
      </w:r>
      <w:r w:rsidRPr="001F794D">
        <w:rPr>
          <w:rFonts w:asciiTheme="majorHAnsi" w:hAnsiTheme="majorHAnsi" w:cstheme="majorHAnsi"/>
          <w:b/>
          <w:bCs/>
          <w:sz w:val="20"/>
          <w:szCs w:val="20"/>
          <w:lang w:val="de-CH" w:eastAsia="de-DE"/>
        </w:rPr>
        <w:t>während der ersten 3 Wochen</w:t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bei dir Ängstlichkeit, Aggression oder Meideverhalten vor folgendem gezeigt</w:t>
      </w:r>
      <w:r w:rsidR="00F77263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(kurzin Stichworten beschreiben)</w:t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>:</w:t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lang w:val="de-CH" w:eastAsia="de-DE"/>
        </w:rPr>
      </w:pP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  <w:sectPr w:rsidR="00FD7FD9" w:rsidRPr="001F794D" w:rsidSect="00A771CE">
          <w:type w:val="continuous"/>
          <w:pgSz w:w="11900" w:h="16840"/>
          <w:pgMar w:top="1417" w:right="1417" w:bottom="1134" w:left="1417" w:header="567" w:footer="567" w:gutter="0"/>
          <w:pgNumType w:fmt="numberInDash"/>
          <w:cols w:space="708"/>
          <w:docGrid w:linePitch="360"/>
        </w:sectPr>
      </w:pP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  <w:lang w:val="de-CH" w:eastAsia="de-DE"/>
        </w:rPr>
        <w:t>Draussen:</w:t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Ja </w:t>
      </w: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Nein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</w:t>
      </w:r>
      <w:proofErr w:type="gramStart"/>
      <w:r w:rsidRPr="001F794D">
        <w:rPr>
          <w:rFonts w:asciiTheme="majorHAnsi" w:hAnsiTheme="majorHAnsi" w:cstheme="majorHAnsi"/>
          <w:sz w:val="20"/>
          <w:szCs w:val="20"/>
          <w:lang w:val="de-CH"/>
        </w:rPr>
        <w:t>Autos  –</w:t>
      </w:r>
      <w:proofErr w:type="gramEnd"/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Fahrrädern –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Trotti / Scooter / Motorrad –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Lastwagen –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Veränderungen in der Umwelt (z. B. Mülltonne steht jetzt da) –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Vögel oder </w:t>
      </w:r>
      <w:proofErr w:type="gramStart"/>
      <w:r w:rsidRPr="001F794D">
        <w:rPr>
          <w:rFonts w:asciiTheme="majorHAnsi" w:hAnsiTheme="majorHAnsi" w:cstheme="majorHAnsi"/>
          <w:sz w:val="20"/>
          <w:szCs w:val="20"/>
          <w:lang w:val="de-CH"/>
        </w:rPr>
        <w:t>Tiere  –</w:t>
      </w:r>
      <w:proofErr w:type="gramEnd"/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Sonstige: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  <w:lang w:val="de-CH" w:eastAsia="de-DE"/>
        </w:rPr>
        <w:t>Zu Hause:</w:t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Ja </w:t>
      </w: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Nein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unterschiedliche </w:t>
      </w:r>
      <w:proofErr w:type="gramStart"/>
      <w:r w:rsidRPr="001F794D">
        <w:rPr>
          <w:rFonts w:asciiTheme="majorHAnsi" w:hAnsiTheme="majorHAnsi" w:cstheme="majorHAnsi"/>
          <w:sz w:val="20"/>
          <w:szCs w:val="20"/>
          <w:lang w:val="de-CH"/>
        </w:rPr>
        <w:t>Bodenbelege  –</w:t>
      </w:r>
      <w:proofErr w:type="gramEnd"/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</w:t>
      </w:r>
      <w:proofErr w:type="gramStart"/>
      <w:r w:rsidRPr="001F794D">
        <w:rPr>
          <w:rFonts w:asciiTheme="majorHAnsi" w:hAnsiTheme="majorHAnsi" w:cstheme="majorHAnsi"/>
          <w:sz w:val="20"/>
          <w:szCs w:val="20"/>
          <w:lang w:val="de-CH"/>
        </w:rPr>
        <w:t>Treppen  –</w:t>
      </w:r>
      <w:proofErr w:type="gramEnd"/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</w:t>
      </w:r>
      <w:proofErr w:type="gramStart"/>
      <w:r w:rsidRPr="001F794D">
        <w:rPr>
          <w:rFonts w:asciiTheme="majorHAnsi" w:hAnsiTheme="majorHAnsi" w:cstheme="majorHAnsi"/>
          <w:sz w:val="20"/>
          <w:szCs w:val="20"/>
          <w:lang w:val="de-CH"/>
        </w:rPr>
        <w:t>Staubsauger  –</w:t>
      </w:r>
      <w:proofErr w:type="gramEnd"/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</w:t>
      </w:r>
      <w:proofErr w:type="gramStart"/>
      <w:r w:rsidRPr="001F794D">
        <w:rPr>
          <w:rFonts w:asciiTheme="majorHAnsi" w:hAnsiTheme="majorHAnsi" w:cstheme="majorHAnsi"/>
          <w:sz w:val="20"/>
          <w:szCs w:val="20"/>
          <w:lang w:val="de-CH"/>
        </w:rPr>
        <w:t>TV  –</w:t>
      </w:r>
      <w:proofErr w:type="gramEnd"/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</w:t>
      </w:r>
      <w:proofErr w:type="gramStart"/>
      <w:r w:rsidRPr="001F794D">
        <w:rPr>
          <w:rFonts w:asciiTheme="majorHAnsi" w:hAnsiTheme="majorHAnsi" w:cstheme="majorHAnsi"/>
          <w:sz w:val="20"/>
          <w:szCs w:val="20"/>
          <w:lang w:val="de-CH"/>
        </w:rPr>
        <w:t>Küchengeräte  –</w:t>
      </w:r>
      <w:proofErr w:type="gramEnd"/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Kinder (Lärm, Toben oder </w:t>
      </w:r>
      <w:proofErr w:type="gramStart"/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allg)   </w:t>
      </w:r>
      <w:proofErr w:type="gramEnd"/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–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Sonstige: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sz w:val="20"/>
          <w:szCs w:val="20"/>
          <w:u w:val="single"/>
          <w:lang w:val="de-CH" w:eastAsia="de-DE"/>
        </w:rPr>
      </w:pP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sz w:val="20"/>
          <w:szCs w:val="20"/>
          <w:u w:val="single"/>
          <w:lang w:val="de-CH" w:eastAsia="de-DE"/>
        </w:rPr>
        <w:sectPr w:rsidR="00FD7FD9" w:rsidRPr="001F794D" w:rsidSect="00040565">
          <w:type w:val="continuous"/>
          <w:pgSz w:w="11900" w:h="16840"/>
          <w:pgMar w:top="1417" w:right="1417" w:bottom="1134" w:left="1417" w:header="708" w:footer="708" w:gutter="0"/>
          <w:pgNumType w:start="1"/>
          <w:cols w:num="2" w:space="708"/>
          <w:docGrid w:linePitch="360"/>
        </w:sectPr>
      </w:pP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lastRenderedPageBreak/>
        <w:t xml:space="preserve">Wie lange hat es gebraucht, bis der Hund sich daran gewöhnt hat? </w:t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</w:t>
      </w:r>
      <w:r w:rsidRPr="001F794D">
        <w:rPr>
          <w:rFonts w:asciiTheme="majorHAnsi" w:hAnsiTheme="majorHAnsi" w:cstheme="majorHAnsi"/>
          <w:b/>
          <w:bCs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sz w:val="20"/>
          <w:szCs w:val="20"/>
          <w:u w:val="single"/>
          <w:lang w:val="de-CH"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Wie hat dein Hund das gelernt, was er in den ersten 3 Wochen nicht konnte oder gemieden hat? </w:t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alleine mit </w:t>
      </w:r>
      <w:proofErr w:type="gramStart"/>
      <w:r w:rsidRPr="001F794D">
        <w:rPr>
          <w:rFonts w:asciiTheme="majorHAnsi" w:hAnsiTheme="majorHAnsi" w:cstheme="majorHAnsi"/>
          <w:sz w:val="20"/>
          <w:szCs w:val="20"/>
          <w:lang w:val="de-CH"/>
        </w:rPr>
        <w:t>Zeit  –</w:t>
      </w:r>
      <w:proofErr w:type="gramEnd"/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wie lange ging das?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mit deiner </w:t>
      </w:r>
      <w:proofErr w:type="gramStart"/>
      <w:r w:rsidRPr="001F794D">
        <w:rPr>
          <w:rFonts w:asciiTheme="majorHAnsi" w:hAnsiTheme="majorHAnsi" w:cstheme="majorHAnsi"/>
          <w:sz w:val="20"/>
          <w:szCs w:val="20"/>
          <w:lang w:val="de-CH"/>
        </w:rPr>
        <w:t>Hilfe  –</w:t>
      </w:r>
      <w:proofErr w:type="gramEnd"/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mit </w:t>
      </w:r>
      <w:proofErr w:type="gramStart"/>
      <w:r w:rsidRPr="001F794D">
        <w:rPr>
          <w:rFonts w:asciiTheme="majorHAnsi" w:hAnsiTheme="majorHAnsi" w:cstheme="majorHAnsi"/>
          <w:sz w:val="20"/>
          <w:szCs w:val="20"/>
          <w:lang w:val="de-CH"/>
        </w:rPr>
        <w:t>Training  –</w:t>
      </w:r>
      <w:proofErr w:type="gramEnd"/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wie?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sz w:val="20"/>
          <w:szCs w:val="20"/>
          <w:u w:val="single"/>
          <w:lang w:val="de-CH" w:eastAsia="de-DE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ist noch immer ein </w:t>
      </w:r>
      <w:proofErr w:type="gramStart"/>
      <w:r w:rsidRPr="001F794D">
        <w:rPr>
          <w:rFonts w:asciiTheme="majorHAnsi" w:hAnsiTheme="majorHAnsi" w:cstheme="majorHAnsi"/>
          <w:sz w:val="20"/>
          <w:szCs w:val="20"/>
          <w:lang w:val="de-CH"/>
        </w:rPr>
        <w:t>Problem  –</w:t>
      </w:r>
      <w:proofErr w:type="gramEnd"/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was?  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F794D" w:rsidRPr="008F377F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1F794D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sz w:val="20"/>
          <w:szCs w:val="20"/>
          <w:lang w:val="de-CH"/>
        </w:rPr>
      </w:pPr>
    </w:p>
    <w:p w:rsidR="00040565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  <w:lang w:val="de-CH"/>
        </w:rPr>
        <w:t>Sozialverträglichkeit zu Beginn</w:t>
      </w:r>
    </w:p>
    <w:p w:rsidR="00040565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Wie hat dein Hund sich zu Beginn im Freilauf (unangeleint) mit anderen Hunden verhalten? </w:t>
      </w:r>
    </w:p>
    <w:p w:rsidR="00FD7FD9" w:rsidRPr="00040565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verträglich mit allen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nur mit einem Geschlecht verträglich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gar nicht verträglich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verträglich aber zurückhaltend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verträglich aber aufdringlich</w:t>
      </w:r>
    </w:p>
    <w:p w:rsidR="00FD7FD9" w:rsidRPr="00B908C2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Sonstige:  </w:t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AB3261" w:rsidRPr="001F794D" w:rsidRDefault="00AB3261" w:rsidP="00AB3261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</w:t>
      </w:r>
      <w:r w:rsidRPr="00B908C2">
        <w:rPr>
          <w:rFonts w:asciiTheme="majorHAnsi" w:hAnsiTheme="majorHAnsi" w:cstheme="majorHAnsi"/>
          <w:sz w:val="20"/>
          <w:szCs w:val="20"/>
          <w:lang w:val="de-CH"/>
        </w:rPr>
        <w:t>unbekannt</w:t>
      </w:r>
    </w:p>
    <w:p w:rsidR="00AB3261" w:rsidRPr="001F794D" w:rsidRDefault="00AB3261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</w:p>
    <w:p w:rsidR="00A771CE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Wie hat dein Hund sich zu Beginn an der Leine mit anderen Hunden verhalten? </w:t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</w:t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freundlich 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neutral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interessiert (zurückhaltend)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interessiert mit Spielaufforderung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aufdringlich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ängstlich</w:t>
      </w:r>
    </w:p>
    <w:p w:rsidR="00FD7FD9" w:rsidRPr="001F794D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gar nicht verträglich</w:t>
      </w:r>
    </w:p>
    <w:p w:rsidR="00AB3261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</w:rPr>
      </w:r>
      <w:r w:rsidR="00000000">
        <w:rPr>
          <w:rFonts w:asciiTheme="majorHAnsi" w:hAnsiTheme="majorHAnsi" w:cstheme="majorHAnsi"/>
          <w:sz w:val="20"/>
          <w:szCs w:val="20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aggressiv</w:t>
      </w:r>
    </w:p>
    <w:p w:rsidR="00FD7FD9" w:rsidRPr="00A771CE" w:rsidRDefault="00FD7FD9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Sonstige:  </w:t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="00A32804"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AB3261" w:rsidRPr="001F794D" w:rsidRDefault="00AB3261" w:rsidP="00AB3261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/>
        </w:rPr>
      </w:pP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val="de-CH"/>
        </w:rPr>
        <w:t xml:space="preserve"> </w:t>
      </w:r>
      <w:r w:rsidRPr="00A771CE">
        <w:rPr>
          <w:rFonts w:asciiTheme="majorHAnsi" w:hAnsiTheme="majorHAnsi" w:cstheme="majorHAnsi"/>
          <w:sz w:val="20"/>
          <w:szCs w:val="20"/>
          <w:lang w:val="de-CH"/>
        </w:rPr>
        <w:t>unbekannt</w:t>
      </w:r>
    </w:p>
    <w:p w:rsidR="00AB3261" w:rsidRPr="001F794D" w:rsidRDefault="00AB3261" w:rsidP="00040565">
      <w:pPr>
        <w:pStyle w:val="KeinLeerraum"/>
        <w:tabs>
          <w:tab w:val="left" w:pos="284"/>
        </w:tabs>
        <w:spacing w:before="120"/>
        <w:rPr>
          <w:rFonts w:asciiTheme="majorHAnsi" w:hAnsiTheme="majorHAnsi" w:cstheme="majorHAnsi"/>
          <w:sz w:val="20"/>
          <w:szCs w:val="20"/>
          <w:lang w:val="de-CH"/>
        </w:rPr>
      </w:pP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>Gab es noch weitere Probleme</w:t>
      </w:r>
      <w:r w:rsidR="00F77263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oder Besonderheiten</w:t>
      </w:r>
      <w:r w:rsidRPr="001F794D">
        <w:rPr>
          <w:rFonts w:asciiTheme="majorHAnsi" w:hAnsiTheme="majorHAnsi" w:cstheme="majorHAnsi"/>
          <w:sz w:val="20"/>
          <w:szCs w:val="20"/>
          <w:lang w:val="de-CH" w:eastAsia="de-DE"/>
        </w:rPr>
        <w:t xml:space="preserve"> in der Startphase? Haben die sich geklärt? Wie?</w:t>
      </w:r>
    </w:p>
    <w:p w:rsidR="00FD7FD9" w:rsidRPr="001F794D" w:rsidRDefault="00A32804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eastAsia="de-DE"/>
        </w:rPr>
      </w:pP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val="de-CH"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D7FD9" w:rsidRPr="001F794D" w:rsidRDefault="00FD7FD9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eastAsia="de-DE"/>
        </w:rPr>
      </w:pPr>
    </w:p>
    <w:p w:rsidR="00F77263" w:rsidRDefault="00F77263">
      <w:pPr>
        <w:rPr>
          <w:rFonts w:asciiTheme="majorHAnsi" w:hAnsiTheme="majorHAnsi" w:cstheme="majorHAnsi"/>
          <w:lang w:val="de-CH"/>
        </w:rPr>
      </w:pPr>
      <w:r>
        <w:rPr>
          <w:rFonts w:asciiTheme="majorHAnsi" w:hAnsiTheme="majorHAnsi" w:cstheme="majorHAnsi"/>
          <w:lang w:val="de-CH"/>
        </w:rPr>
        <w:br w:type="page"/>
      </w:r>
    </w:p>
    <w:p w:rsidR="00FD7FD9" w:rsidRPr="001F794D" w:rsidRDefault="00FD7FD9" w:rsidP="00040565">
      <w:pPr>
        <w:tabs>
          <w:tab w:val="left" w:pos="284"/>
        </w:tabs>
        <w:rPr>
          <w:rFonts w:asciiTheme="majorHAnsi" w:hAnsiTheme="majorHAnsi" w:cstheme="majorHAnsi"/>
          <w:lang w:val="de-CH"/>
        </w:rPr>
      </w:pPr>
    </w:p>
    <w:p w:rsidR="00314FA9" w:rsidRPr="001F794D" w:rsidRDefault="00314FA9" w:rsidP="00040565">
      <w:pPr>
        <w:pStyle w:val="berschrift2"/>
        <w:numPr>
          <w:ilvl w:val="0"/>
          <w:numId w:val="10"/>
        </w:numPr>
        <w:tabs>
          <w:tab w:val="left" w:pos="284"/>
          <w:tab w:val="num" w:pos="360"/>
        </w:tabs>
        <w:ind w:left="0" w:firstLine="0"/>
        <w:rPr>
          <w:rFonts w:cstheme="majorHAnsi"/>
          <w:color w:val="632423" w:themeColor="accent2" w:themeShade="80"/>
        </w:rPr>
      </w:pPr>
      <w:r w:rsidRPr="001F794D">
        <w:rPr>
          <w:rFonts w:cstheme="majorHAnsi"/>
          <w:color w:val="632423" w:themeColor="accent2" w:themeShade="80"/>
        </w:rPr>
        <w:t>Verhalten im Alltag</w:t>
      </w:r>
      <w:r w:rsidR="00FD7FD9" w:rsidRPr="001F794D">
        <w:rPr>
          <w:rFonts w:cstheme="majorHAnsi"/>
          <w:color w:val="632423" w:themeColor="accent2" w:themeShade="80"/>
        </w:rPr>
        <w:t xml:space="preserve"> heute</w:t>
      </w:r>
    </w:p>
    <w:p w:rsidR="00D811E1" w:rsidRPr="001F794D" w:rsidRDefault="00D811E1" w:rsidP="00040565">
      <w:pPr>
        <w:tabs>
          <w:tab w:val="left" w:pos="284"/>
        </w:tabs>
        <w:rPr>
          <w:rFonts w:asciiTheme="majorHAnsi" w:hAnsiTheme="majorHAnsi" w:cstheme="majorHAnsi"/>
        </w:rPr>
      </w:pPr>
    </w:p>
    <w:p w:rsidR="00D811E1" w:rsidRPr="001F794D" w:rsidRDefault="00D811E1" w:rsidP="00040565">
      <w:pPr>
        <w:pStyle w:val="StandardWeb"/>
        <w:tabs>
          <w:tab w:val="left" w:pos="284"/>
        </w:tabs>
        <w:rPr>
          <w:rFonts w:asciiTheme="majorHAnsi" w:hAnsiTheme="majorHAnsi" w:cstheme="majorHAnsi"/>
          <w:sz w:val="20"/>
          <w:szCs w:val="20"/>
        </w:rPr>
        <w:sectPr w:rsidR="00D811E1" w:rsidRPr="001F794D" w:rsidSect="00F77263">
          <w:pgSz w:w="12240" w:h="15840"/>
          <w:pgMar w:top="1417" w:right="1417" w:bottom="1134" w:left="1417" w:header="567" w:footer="567" w:gutter="0"/>
          <w:pgNumType w:fmt="numberInDash"/>
          <w:cols w:space="720"/>
          <w:docGrid w:linePitch="360"/>
        </w:sectPr>
      </w:pPr>
    </w:p>
    <w:p w:rsidR="00314FA9" w:rsidRPr="001F794D" w:rsidRDefault="00314FA9" w:rsidP="00040565">
      <w:pPr>
        <w:pStyle w:val="StandardWeb"/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Leine</w:t>
      </w:r>
      <w:r w:rsidRPr="001F794D">
        <w:rPr>
          <w:rFonts w:asciiTheme="majorHAnsi" w:hAnsiTheme="majorHAnsi" w:cstheme="majorHAnsi"/>
          <w:b/>
          <w:bCs/>
          <w:sz w:val="20"/>
          <w:szCs w:val="20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zieht stark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entspannt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reagiert auf Hunde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reagiert auf Menschen</w:t>
      </w:r>
    </w:p>
    <w:p w:rsidR="00314FA9" w:rsidRPr="001F794D" w:rsidRDefault="00314FA9" w:rsidP="00040565">
      <w:pPr>
        <w:pStyle w:val="StandardWeb"/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Rückruf</w:t>
      </w:r>
      <w:r w:rsidRPr="001F794D">
        <w:rPr>
          <w:rFonts w:asciiTheme="majorHAnsi" w:hAnsiTheme="majorHAnsi" w:cstheme="majorHAnsi"/>
          <w:b/>
          <w:bCs/>
          <w:sz w:val="20"/>
          <w:szCs w:val="20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gut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mittel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schwierig</w:t>
      </w:r>
    </w:p>
    <w:p w:rsidR="00314FA9" w:rsidRPr="001F794D" w:rsidRDefault="00314FA9" w:rsidP="00040565">
      <w:pPr>
        <w:pStyle w:val="StandardWeb"/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Freilauf möglich</w:t>
      </w:r>
      <w:r w:rsidRPr="001F794D">
        <w:rPr>
          <w:rFonts w:asciiTheme="majorHAnsi" w:hAnsiTheme="majorHAnsi" w:cstheme="majorHAnsi"/>
          <w:b/>
          <w:bCs/>
          <w:sz w:val="20"/>
          <w:szCs w:val="20"/>
        </w:rPr>
        <w:br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ja </w:t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A1875"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="002A1875"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nein</w:t>
      </w:r>
    </w:p>
    <w:p w:rsidR="006648CC" w:rsidRPr="001F794D" w:rsidRDefault="006648CC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 xml:space="preserve">Orientierung am Menschen </w:t>
      </w:r>
    </w:p>
    <w:p w:rsidR="006648CC" w:rsidRPr="001F794D" w:rsidRDefault="002A1875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6648CC" w:rsidRPr="001F794D">
        <w:rPr>
          <w:rFonts w:asciiTheme="majorHAnsi" w:hAnsiTheme="majorHAnsi" w:cstheme="majorHAnsi"/>
          <w:sz w:val="20"/>
          <w:szCs w:val="20"/>
        </w:rPr>
        <w:t xml:space="preserve"> </w:t>
      </w:r>
      <w:r w:rsidR="008B6B94" w:rsidRPr="001F794D">
        <w:rPr>
          <w:rFonts w:asciiTheme="majorHAnsi" w:hAnsiTheme="majorHAnsi" w:cstheme="majorHAnsi"/>
          <w:sz w:val="20"/>
          <w:szCs w:val="20"/>
        </w:rPr>
        <w:t>läuft viel nach</w:t>
      </w:r>
      <w:r w:rsidR="006648CC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6648CC" w:rsidRPr="001F794D">
        <w:rPr>
          <w:rFonts w:asciiTheme="majorHAnsi" w:hAnsiTheme="majorHAnsi" w:cstheme="majorHAnsi"/>
          <w:sz w:val="20"/>
          <w:szCs w:val="20"/>
        </w:rPr>
        <w:t xml:space="preserve"> schwer ansprechbar draussen</w:t>
      </w:r>
    </w:p>
    <w:p w:rsidR="008B6B94" w:rsidRPr="001F794D" w:rsidRDefault="008B6B94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sucht meine Nähe </w:t>
      </w:r>
    </w:p>
    <w:p w:rsidR="00314FA9" w:rsidRPr="001F794D" w:rsidRDefault="001C6B74" w:rsidP="00040565">
      <w:pPr>
        <w:tabs>
          <w:tab w:val="left" w:pos="284"/>
        </w:tabs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  <w:sz w:val="20"/>
          <w:szCs w:val="20"/>
        </w:rPr>
        <w:pict>
          <v:rect id="_x0000_i1032" alt="" style="width:38.9pt;height:.05pt;mso-width-percent:0;mso-height-percent:0;mso-width-percent:0;mso-height-percent:0" o:hrpct="293" o:hralign="center" o:hrstd="t" o:hr="t" fillcolor="#a0a0a0" stroked="f"/>
        </w:pict>
      </w:r>
    </w:p>
    <w:p w:rsidR="006308A0" w:rsidRPr="001F794D" w:rsidRDefault="006308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Alleine bleiben</w:t>
      </w:r>
    </w:p>
    <w:p w:rsidR="006308A0" w:rsidRPr="001F794D" w:rsidRDefault="006308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kein Problem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unruhig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noch nicht aufgebaut</w:t>
      </w:r>
    </w:p>
    <w:p w:rsidR="004705A0" w:rsidRPr="001F794D" w:rsidRDefault="004705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</w:p>
    <w:p w:rsidR="00314FA9" w:rsidRPr="001F794D" w:rsidRDefault="00314FA9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Erregung &amp; Impulskontrolle</w:t>
      </w:r>
    </w:p>
    <w:p w:rsidR="00314FA9" w:rsidRPr="001F794D" w:rsidRDefault="002A1875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kann sich gut beruhigen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bleibt lange aufgeregt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hat Mühe mit Warten</w:t>
      </w:r>
    </w:p>
    <w:p w:rsidR="00314FA9" w:rsidRPr="001F794D" w:rsidRDefault="001C6B74" w:rsidP="00040565">
      <w:pPr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  <w:sz w:val="20"/>
          <w:szCs w:val="20"/>
        </w:rPr>
        <w:pict>
          <v:rect id="_x0000_i1031" alt="" style="width:38.9pt;height:.05pt;mso-width-percent:0;mso-height-percent:0;mso-width-percent:0;mso-height-percent:0" o:hrpct="293" o:hralign="center" o:hrstd="t" o:hr="t" fillcolor="#a0a0a0" stroked="f"/>
        </w:pict>
      </w:r>
    </w:p>
    <w:p w:rsidR="006308A0" w:rsidRPr="001F794D" w:rsidRDefault="006308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Probleme</w:t>
      </w:r>
    </w:p>
    <w:p w:rsidR="006308A0" w:rsidRPr="001F794D" w:rsidRDefault="006308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ÖV &amp; Auto fahren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vorbeifahrende LKW, Bus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Trotti, Velo, Jogger</w:t>
      </w:r>
    </w:p>
    <w:p w:rsidR="006308A0" w:rsidRPr="001F794D" w:rsidRDefault="006308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Katzen, andere Tiere</w:t>
      </w:r>
    </w:p>
    <w:p w:rsidR="00314FA9" w:rsidRPr="001F794D" w:rsidRDefault="001C6B74" w:rsidP="00040565">
      <w:pPr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  <w:sz w:val="20"/>
          <w:szCs w:val="20"/>
        </w:rPr>
        <w:pict>
          <v:rect id="_x0000_i1030" alt="" style="width:38.9pt;height:.05pt;mso-width-percent:0;mso-height-percent:0;mso-width-percent:0;mso-height-percent:0" o:hrpct="293" o:hralign="center" o:hrstd="t" o:hr="t" fillcolor="#a0a0a0" stroked="f"/>
        </w:pict>
      </w:r>
    </w:p>
    <w:p w:rsidR="00314FA9" w:rsidRPr="001F794D" w:rsidRDefault="00314FA9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Zuhause / Ruhe</w:t>
      </w:r>
    </w:p>
    <w:p w:rsidR="00314FA9" w:rsidRPr="001F794D" w:rsidRDefault="002A1875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entspannt gut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</w:t>
      </w:r>
      <w:r w:rsidR="006308A0" w:rsidRPr="001F794D">
        <w:rPr>
          <w:rFonts w:asciiTheme="majorHAnsi" w:hAnsiTheme="majorHAnsi" w:cstheme="majorHAnsi"/>
          <w:sz w:val="20"/>
          <w:szCs w:val="20"/>
        </w:rPr>
        <w:t>reagiert bei Besuch/Passanten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reagiert stark auf Geräusche</w:t>
      </w:r>
    </w:p>
    <w:p w:rsidR="00314FA9" w:rsidRPr="001F794D" w:rsidRDefault="001C6B74" w:rsidP="00040565">
      <w:pPr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  <w:sz w:val="20"/>
          <w:szCs w:val="20"/>
        </w:rPr>
        <w:pict>
          <v:rect id="_x0000_i1029" alt="" style="width:38.9pt;height:.05pt;mso-width-percent:0;mso-height-percent:0;mso-width-percent:0;mso-height-percent:0" o:hrpct="293" o:hralign="center" o:hrstd="t" o:hr="t" fillcolor="#a0a0a0" stroked="f"/>
        </w:pict>
      </w:r>
    </w:p>
    <w:p w:rsidR="006308A0" w:rsidRPr="001F794D" w:rsidRDefault="006308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 xml:space="preserve">Spielt dein Hund? </w:t>
      </w:r>
    </w:p>
    <w:p w:rsidR="006308A0" w:rsidRPr="001F794D" w:rsidRDefault="006308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20"/>
          <w:szCs w:val="20"/>
        </w:rPr>
        <w:t>Ja</w:t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20"/>
          <w:szCs w:val="20"/>
        </w:rPr>
        <w:t xml:space="preserve">Nein </w:t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20"/>
          <w:szCs w:val="20"/>
        </w:rPr>
        <w:t>Selten</w:t>
      </w:r>
    </w:p>
    <w:p w:rsidR="006308A0" w:rsidRPr="001F794D" w:rsidRDefault="006308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16"/>
          <w:szCs w:val="16"/>
        </w:rPr>
      </w:pPr>
      <w:r w:rsidRPr="001F794D">
        <w:rPr>
          <w:rFonts w:asciiTheme="majorHAnsi" w:hAnsiTheme="majorHAnsi" w:cstheme="majorHAnsi"/>
          <w:sz w:val="20"/>
          <w:szCs w:val="20"/>
        </w:rPr>
        <w:t>Wie spielt dein Hund:</w:t>
      </w:r>
    </w:p>
    <w:p w:rsidR="006308A0" w:rsidRPr="001F794D" w:rsidRDefault="006308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8B6B94" w:rsidRPr="001F794D" w:rsidRDefault="008B6B94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</w:p>
    <w:p w:rsidR="00314FA9" w:rsidRPr="001F794D" w:rsidRDefault="00314FA9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Weitere Themen</w:t>
      </w:r>
    </w:p>
    <w:p w:rsidR="00314FA9" w:rsidRPr="001F794D" w:rsidRDefault="004705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Anspringen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Frustbellen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Jagdverhalten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Aufreiten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Ressourcen </w:t>
      </w:r>
      <w:r w:rsidR="008B6B94" w:rsidRPr="001F794D">
        <w:rPr>
          <w:rFonts w:asciiTheme="majorHAnsi" w:hAnsiTheme="majorHAnsi" w:cstheme="majorHAnsi"/>
          <w:sz w:val="20"/>
          <w:szCs w:val="20"/>
        </w:rPr>
        <w:t>verteidigen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</w:t>
      </w:r>
      <w:r w:rsidR="008B6B94" w:rsidRPr="001F794D">
        <w:rPr>
          <w:rFonts w:asciiTheme="majorHAnsi" w:hAnsiTheme="majorHAnsi" w:cstheme="majorHAnsi"/>
          <w:sz w:val="20"/>
          <w:szCs w:val="20"/>
        </w:rPr>
        <w:t>Knurren</w:t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/ Schnappen</w:t>
      </w:r>
    </w:p>
    <w:p w:rsidR="008B6B94" w:rsidRPr="001F794D" w:rsidRDefault="008B6B94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Beissen</w:t>
      </w:r>
    </w:p>
    <w:p w:rsidR="004705A0" w:rsidRPr="001F794D" w:rsidRDefault="004705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:rsidR="00D811E1" w:rsidRPr="001F794D" w:rsidRDefault="00D811E1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sz w:val="18"/>
          <w:szCs w:val="18"/>
          <w:lang w:val="de-CH"/>
        </w:rPr>
      </w:pPr>
      <w:r w:rsidRPr="001F794D">
        <w:rPr>
          <w:rFonts w:asciiTheme="majorHAnsi" w:hAnsiTheme="majorHAnsi" w:cstheme="majorHAnsi"/>
          <w:b/>
          <w:bCs/>
          <w:sz w:val="18"/>
          <w:szCs w:val="18"/>
          <w:lang w:val="de-CH"/>
        </w:rPr>
        <w:t>Mein Hund ist eher…</w:t>
      </w:r>
    </w:p>
    <w:p w:rsidR="00D811E1" w:rsidRPr="001F794D" w:rsidRDefault="00D811E1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18"/>
          <w:szCs w:val="18"/>
          <w:lang w:val="de-CH"/>
        </w:rPr>
      </w:pPr>
      <w:r w:rsidRPr="001F794D">
        <w:rPr>
          <w:rFonts w:asciiTheme="majorHAnsi" w:hAnsiTheme="majorHAnsi" w:cstheme="majorHAnsi"/>
          <w:sz w:val="18"/>
          <w:szCs w:val="18"/>
          <w:lang w:val="de-CH"/>
        </w:rPr>
        <w:t xml:space="preserve">ruhig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="00403BFF" w:rsidRPr="001F794D">
        <w:rPr>
          <w:rFonts w:asciiTheme="majorHAnsi" w:hAnsiTheme="majorHAnsi" w:cstheme="majorHAnsi"/>
          <w:sz w:val="18"/>
          <w:szCs w:val="18"/>
          <w:lang w:val="de-CH"/>
        </w:rPr>
        <w:t>überdreht</w:t>
      </w:r>
    </w:p>
    <w:p w:rsidR="00D811E1" w:rsidRPr="001F794D" w:rsidRDefault="00D811E1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18"/>
          <w:szCs w:val="18"/>
          <w:lang w:val="de-CH"/>
        </w:rPr>
      </w:pPr>
      <w:r w:rsidRPr="001F794D">
        <w:rPr>
          <w:rFonts w:asciiTheme="majorHAnsi" w:hAnsiTheme="majorHAnsi" w:cstheme="majorHAnsi"/>
          <w:sz w:val="18"/>
          <w:szCs w:val="18"/>
          <w:lang w:val="de-CH"/>
        </w:rPr>
        <w:t xml:space="preserve">vorsichtig 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8"/>
          <w:szCs w:val="18"/>
          <w:lang w:val="de-CH"/>
        </w:rPr>
        <w:t xml:space="preserve"> mutig</w:t>
      </w:r>
    </w:p>
    <w:p w:rsidR="00D811E1" w:rsidRPr="001F794D" w:rsidRDefault="00D811E1" w:rsidP="00040565">
      <w:pPr>
        <w:pStyle w:val="KeinLeerraum"/>
        <w:tabs>
          <w:tab w:val="left" w:pos="284"/>
        </w:tabs>
        <w:rPr>
          <w:rFonts w:asciiTheme="majorHAnsi" w:hAnsiTheme="majorHAnsi" w:cstheme="majorHAnsi"/>
          <w:sz w:val="18"/>
          <w:szCs w:val="18"/>
          <w:lang w:val="de-CH"/>
        </w:rPr>
      </w:pPr>
      <w:r w:rsidRPr="001F794D">
        <w:rPr>
          <w:rFonts w:asciiTheme="majorHAnsi" w:hAnsiTheme="majorHAnsi" w:cstheme="majorHAnsi"/>
          <w:sz w:val="18"/>
          <w:szCs w:val="18"/>
          <w:lang w:val="de-CH"/>
        </w:rPr>
        <w:t xml:space="preserve">unabhängig 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</w:r>
      <w:r w:rsidR="00000000">
        <w:rPr>
          <w:rFonts w:asciiTheme="majorHAnsi" w:hAnsiTheme="majorHAnsi" w:cstheme="majorHAnsi"/>
          <w:sz w:val="16"/>
          <w:szCs w:val="16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  <w:lang w:val="de-CH" w:eastAsia="de-DE"/>
        </w:rPr>
        <w:t xml:space="preserve"> </w:t>
      </w:r>
      <w:r w:rsidRPr="001F794D">
        <w:rPr>
          <w:rFonts w:asciiTheme="majorHAnsi" w:hAnsiTheme="majorHAnsi" w:cstheme="majorHAnsi"/>
          <w:sz w:val="18"/>
          <w:szCs w:val="18"/>
          <w:lang w:val="de-CH"/>
        </w:rPr>
        <w:t xml:space="preserve"> menschenbezogen</w:t>
      </w:r>
    </w:p>
    <w:p w:rsidR="004705A0" w:rsidRPr="001F794D" w:rsidRDefault="004705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</w:p>
    <w:p w:rsidR="00314FA9" w:rsidRPr="001F794D" w:rsidRDefault="00314FA9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Sonstiges</w:t>
      </w:r>
    </w:p>
    <w:p w:rsidR="00314FA9" w:rsidRPr="001F794D" w:rsidRDefault="004705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314FA9" w:rsidRPr="001F794D" w:rsidRDefault="001C6B74" w:rsidP="00040565">
      <w:pPr>
        <w:tabs>
          <w:tab w:val="left" w:pos="284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pict>
          <v:rect id="_x0000_i1028" alt="" style="width:38.9pt;height:.05pt;mso-width-percent:0;mso-height-percent:0;mso-width-percent:0;mso-height-percent:0" o:hrpct="293" o:hralign="center" o:hrstd="t" o:hr="t" fillcolor="#a0a0a0" stroked="f"/>
        </w:pict>
      </w:r>
    </w:p>
    <w:p w:rsidR="00D811E1" w:rsidRPr="001F794D" w:rsidRDefault="00D811E1" w:rsidP="00040565">
      <w:pPr>
        <w:pStyle w:val="berschrift3"/>
        <w:tabs>
          <w:tab w:val="left" w:pos="284"/>
        </w:tabs>
        <w:rPr>
          <w:rFonts w:cstheme="majorHAnsi"/>
        </w:rPr>
        <w:sectPr w:rsidR="00D811E1" w:rsidRPr="001F794D" w:rsidSect="00040565">
          <w:type w:val="continuous"/>
          <w:pgSz w:w="12240" w:h="15840"/>
          <w:pgMar w:top="1417" w:right="1417" w:bottom="1134" w:left="1417" w:header="1351" w:footer="720" w:gutter="0"/>
          <w:pgNumType w:fmt="numberInDash"/>
          <w:cols w:num="3" w:space="720"/>
          <w:docGrid w:linePitch="360"/>
        </w:sectPr>
      </w:pPr>
    </w:p>
    <w:p w:rsidR="008B6B94" w:rsidRPr="001F794D" w:rsidRDefault="008B6B94" w:rsidP="00040565">
      <w:pPr>
        <w:pStyle w:val="KeinLeerraum"/>
        <w:tabs>
          <w:tab w:val="left" w:pos="284"/>
        </w:tabs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</w:pPr>
    </w:p>
    <w:p w:rsidR="00F77263" w:rsidRDefault="004705A0" w:rsidP="00F77263">
      <w:pPr>
        <w:pStyle w:val="KeinLeerraum"/>
        <w:tabs>
          <w:tab w:val="left" w:pos="284"/>
        </w:tabs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</w:pPr>
      <w:r w:rsidRPr="001F794D"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  <w:t xml:space="preserve">Motivation: </w:t>
      </w:r>
    </w:p>
    <w:p w:rsidR="004705A0" w:rsidRPr="001F794D" w:rsidRDefault="004705A0" w:rsidP="00F77263">
      <w:pPr>
        <w:pStyle w:val="KeinLeerraum"/>
        <w:tabs>
          <w:tab w:val="left" w:pos="284"/>
        </w:tabs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</w:pPr>
      <w:r w:rsidRPr="001F794D">
        <w:rPr>
          <w:rFonts w:asciiTheme="majorHAnsi" w:eastAsia="Times New Roman" w:hAnsiTheme="majorHAnsi" w:cstheme="majorHAnsi"/>
          <w:b/>
          <w:bCs/>
          <w:sz w:val="20"/>
          <w:szCs w:val="20"/>
          <w:lang w:val="de-CH" w:eastAsia="de-DE"/>
        </w:rPr>
        <w:t>Was macht deinem Hund Freude und Spass? Wie gewinnst du seine Aufmerksamkeit?</w:t>
      </w:r>
    </w:p>
    <w:p w:rsidR="004705A0" w:rsidRPr="001F794D" w:rsidRDefault="004705A0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Futter  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Spielsachen  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Gassi gehen  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Hunde  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Aufmerksamkeit / Freude  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Ruhe  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Routine</w:t>
      </w:r>
    </w:p>
    <w:p w:rsidR="004705A0" w:rsidRPr="001F794D" w:rsidRDefault="004705A0" w:rsidP="00F77263">
      <w:pPr>
        <w:pStyle w:val="KeinLeerraum"/>
        <w:tabs>
          <w:tab w:val="left" w:pos="284"/>
        </w:tabs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  <w:t>Spezifiziere seine Präferenz</w:t>
      </w:r>
      <w:r w:rsidR="008B6B94" w:rsidRPr="001F794D"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  <w:t>, wofür er alles macht:</w:t>
      </w:r>
    </w:p>
    <w:p w:rsidR="004705A0" w:rsidRPr="001F794D" w:rsidRDefault="004705A0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4705A0" w:rsidRPr="001F794D" w:rsidRDefault="004705A0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pPr>
    </w:p>
    <w:p w:rsidR="006308A0" w:rsidRPr="001F794D" w:rsidRDefault="006308A0" w:rsidP="00040565">
      <w:pPr>
        <w:pStyle w:val="KeinLeerraum"/>
        <w:tabs>
          <w:tab w:val="left" w:pos="284"/>
        </w:tabs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  <w:t>Wie reagiert dein Hund auf</w:t>
      </w:r>
    </w:p>
    <w:p w:rsidR="006308A0" w:rsidRPr="001F794D" w:rsidRDefault="006308A0" w:rsidP="00040565">
      <w:pPr>
        <w:pStyle w:val="KeinLeerraum"/>
        <w:numPr>
          <w:ilvl w:val="0"/>
          <w:numId w:val="12"/>
        </w:numPr>
        <w:tabs>
          <w:tab w:val="left" w:pos="284"/>
        </w:tabs>
        <w:ind w:left="0" w:firstLine="0"/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  <w:t xml:space="preserve">visuelle Reize: 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6308A0" w:rsidRPr="001F794D" w:rsidRDefault="006308A0" w:rsidP="00040565">
      <w:pPr>
        <w:pStyle w:val="KeinLeerraum"/>
        <w:numPr>
          <w:ilvl w:val="0"/>
          <w:numId w:val="12"/>
        </w:numPr>
        <w:tabs>
          <w:tab w:val="left" w:pos="284"/>
        </w:tabs>
        <w:ind w:left="0" w:firstLine="0"/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  <w:t xml:space="preserve">Geräusche: 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6308A0" w:rsidRPr="001F794D" w:rsidRDefault="006308A0" w:rsidP="00040565">
      <w:pPr>
        <w:pStyle w:val="KeinLeerraum"/>
        <w:numPr>
          <w:ilvl w:val="0"/>
          <w:numId w:val="12"/>
        </w:numPr>
        <w:tabs>
          <w:tab w:val="left" w:pos="284"/>
        </w:tabs>
        <w:ind w:left="0" w:firstLine="0"/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  <w:t xml:space="preserve">Gerüche: 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6308A0" w:rsidRPr="001F794D" w:rsidRDefault="006308A0" w:rsidP="00040565">
      <w:pPr>
        <w:pStyle w:val="KeinLeerraum"/>
        <w:numPr>
          <w:ilvl w:val="0"/>
          <w:numId w:val="12"/>
        </w:numPr>
        <w:tabs>
          <w:tab w:val="left" w:pos="284"/>
        </w:tabs>
        <w:ind w:left="0" w:firstLine="0"/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  <w:t xml:space="preserve">Berührungen: 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6308A0" w:rsidRPr="001F794D" w:rsidRDefault="006308A0" w:rsidP="00040565">
      <w:pPr>
        <w:pStyle w:val="KeinLeerraum"/>
        <w:numPr>
          <w:ilvl w:val="0"/>
          <w:numId w:val="12"/>
        </w:numPr>
        <w:tabs>
          <w:tab w:val="left" w:pos="284"/>
        </w:tabs>
        <w:ind w:left="0" w:firstLine="0"/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</w:pPr>
      <w:r w:rsidRPr="001F794D">
        <w:rPr>
          <w:rFonts w:asciiTheme="majorHAnsi" w:eastAsia="Times New Roman" w:hAnsiTheme="majorHAnsi" w:cstheme="majorHAnsi"/>
          <w:sz w:val="20"/>
          <w:szCs w:val="20"/>
          <w:lang w:val="de-CH" w:eastAsia="de-DE"/>
        </w:rPr>
        <w:t xml:space="preserve">Allgemeines Verhalten: 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A771CE" w:rsidRDefault="00A771CE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pPr>
    </w:p>
    <w:p w:rsidR="003B520A" w:rsidRPr="003B520A" w:rsidRDefault="003B520A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3B520A">
        <w:rPr>
          <w:rFonts w:asciiTheme="majorHAnsi" w:hAnsiTheme="majorHAnsi" w:cstheme="majorHAnsi"/>
          <w:sz w:val="20"/>
          <w:szCs w:val="20"/>
        </w:rPr>
        <w:t>Wird das Verhalten bei Bewegung besser oder schlechter?</w:t>
      </w:r>
    </w:p>
    <w:p w:rsidR="003B520A" w:rsidRDefault="003B520A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besser   </w:t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gleich  </w:t>
      </w:r>
      <w:r w:rsidRPr="001F794D">
        <w:rPr>
          <w:rFonts w:asciiTheme="majorHAnsi" w:hAnsiTheme="majorHAnsi" w:cstheme="majorHAnsi"/>
          <w:sz w:val="20"/>
          <w:szCs w:val="20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schlechter</w:t>
      </w:r>
    </w:p>
    <w:p w:rsidR="003B520A" w:rsidRDefault="003B520A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pPr>
      <w:r>
        <w:rPr>
          <w:rFonts w:asciiTheme="majorHAnsi" w:hAnsiTheme="majorHAnsi" w:cstheme="majorHAnsi"/>
          <w:sz w:val="20"/>
          <w:szCs w:val="20"/>
        </w:rPr>
        <w:t xml:space="preserve">Beschreibe es: 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3B520A" w:rsidRDefault="003B520A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pPr>
    </w:p>
    <w:p w:rsidR="00A771CE" w:rsidRPr="001F794D" w:rsidRDefault="00A771CE" w:rsidP="00A771CE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A771CE">
        <w:rPr>
          <w:rFonts w:asciiTheme="majorHAnsi" w:hAnsiTheme="majorHAnsi" w:cstheme="majorHAnsi"/>
          <w:sz w:val="20"/>
          <w:szCs w:val="20"/>
        </w:rPr>
        <w:t xml:space="preserve">Zeigt dein Hund </w:t>
      </w:r>
      <w:r w:rsidRPr="00A771CE">
        <w:rPr>
          <w:rFonts w:asciiTheme="majorHAnsi" w:hAnsiTheme="majorHAnsi" w:cstheme="majorHAnsi"/>
          <w:b/>
          <w:bCs/>
          <w:sz w:val="20"/>
          <w:szCs w:val="20"/>
        </w:rPr>
        <w:t>repetitive Verhaltensweisen</w:t>
      </w:r>
      <w:r>
        <w:rPr>
          <w:rFonts w:asciiTheme="majorHAnsi" w:hAnsiTheme="majorHAnsi" w:cstheme="majorHAnsi"/>
          <w:sz w:val="20"/>
          <w:szCs w:val="20"/>
        </w:rPr>
        <w:t xml:space="preserve"> wie Schwanzjagen / -beissen, im Kreis drehen</w:t>
      </w:r>
      <w:r w:rsidR="00A010C3">
        <w:rPr>
          <w:rFonts w:asciiTheme="majorHAnsi" w:hAnsiTheme="majorHAnsi" w:cstheme="majorHAnsi"/>
          <w:sz w:val="20"/>
          <w:szCs w:val="20"/>
        </w:rPr>
        <w:t xml:space="preserve">, </w:t>
      </w:r>
      <w:r>
        <w:rPr>
          <w:rFonts w:asciiTheme="majorHAnsi" w:hAnsiTheme="majorHAnsi" w:cstheme="majorHAnsi"/>
          <w:sz w:val="20"/>
          <w:szCs w:val="20"/>
        </w:rPr>
        <w:t>übermässiges putzen / saugen</w:t>
      </w:r>
      <w:r w:rsidR="00A010C3">
        <w:rPr>
          <w:rFonts w:asciiTheme="majorHAnsi" w:hAnsiTheme="majorHAnsi" w:cstheme="majorHAnsi"/>
          <w:sz w:val="20"/>
          <w:szCs w:val="20"/>
        </w:rPr>
        <w:t>, Wundlecken oder ähnliches</w:t>
      </w:r>
      <w:r>
        <w:rPr>
          <w:rFonts w:asciiTheme="majorHAnsi" w:hAnsiTheme="majorHAnsi" w:cstheme="majorHAnsi"/>
          <w:sz w:val="20"/>
          <w:szCs w:val="20"/>
        </w:rPr>
        <w:t xml:space="preserve">?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20"/>
          <w:szCs w:val="20"/>
        </w:rPr>
        <w:t>Ja</w:t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20"/>
          <w:szCs w:val="20"/>
        </w:rPr>
        <w:t xml:space="preserve">Nein </w:t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</w:p>
    <w:p w:rsidR="000F4403" w:rsidRDefault="00A771CE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Wenn ja</w:t>
      </w:r>
      <w:r w:rsidR="003B520A">
        <w:rPr>
          <w:rFonts w:asciiTheme="majorHAnsi" w:hAnsiTheme="majorHAnsi" w:cstheme="majorHAnsi"/>
          <w:sz w:val="20"/>
          <w:szCs w:val="20"/>
        </w:rPr>
        <w:t xml:space="preserve">, </w:t>
      </w:r>
      <w:r w:rsidR="000F4403">
        <w:rPr>
          <w:rFonts w:asciiTheme="majorHAnsi" w:hAnsiTheme="majorHAnsi" w:cstheme="majorHAnsi"/>
          <w:sz w:val="20"/>
          <w:szCs w:val="20"/>
        </w:rPr>
        <w:t>welche</w:t>
      </w:r>
      <w:r w:rsidR="000F4403">
        <w:rPr>
          <w:rFonts w:asciiTheme="majorHAnsi" w:hAnsiTheme="majorHAnsi" w:cstheme="majorHAnsi"/>
          <w:sz w:val="20"/>
          <w:szCs w:val="20"/>
        </w:rPr>
        <w:t>:</w:t>
      </w:r>
      <w:r w:rsidR="000F4403" w:rsidRPr="003B520A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 xml:space="preserve"> </w:t>
      </w:r>
      <w:r w:rsidR="000F4403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F4403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="000F4403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="000F4403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="000F4403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0F4403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0F4403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0F4403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0F4403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0F4403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3B520A" w:rsidRDefault="000F4403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B</w:t>
      </w:r>
      <w:r w:rsidR="003B520A">
        <w:rPr>
          <w:rFonts w:asciiTheme="majorHAnsi" w:hAnsiTheme="majorHAnsi" w:cstheme="majorHAnsi"/>
          <w:sz w:val="20"/>
          <w:szCs w:val="20"/>
        </w:rPr>
        <w:t xml:space="preserve">eschreibe </w:t>
      </w:r>
      <w:r w:rsidR="00A010C3">
        <w:rPr>
          <w:rFonts w:asciiTheme="majorHAnsi" w:hAnsiTheme="majorHAnsi" w:cstheme="majorHAnsi"/>
          <w:sz w:val="20"/>
          <w:szCs w:val="20"/>
        </w:rPr>
        <w:t>die Situation</w:t>
      </w:r>
      <w:r w:rsidR="003B520A">
        <w:rPr>
          <w:rFonts w:asciiTheme="majorHAnsi" w:hAnsiTheme="majorHAnsi" w:cstheme="majorHAnsi"/>
          <w:sz w:val="20"/>
          <w:szCs w:val="20"/>
        </w:rPr>
        <w:t xml:space="preserve"> kurz:</w:t>
      </w:r>
      <w:r w:rsidR="003B520A" w:rsidRPr="003B520A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 xml:space="preserve"> </w:t>
      </w:r>
      <w:r w:rsidR="003B520A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B520A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="003B520A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="003B520A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="003B520A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3B520A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3B520A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3B520A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3B520A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3B520A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0F4403" w:rsidRDefault="000F4403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:rsidR="006308A0" w:rsidRDefault="003B520A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Wie häufig kommt es vor?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s</w:t>
      </w:r>
      <w:r w:rsidRPr="001F794D">
        <w:rPr>
          <w:rFonts w:asciiTheme="majorHAnsi" w:hAnsiTheme="majorHAnsi" w:cstheme="majorHAnsi"/>
          <w:sz w:val="20"/>
          <w:szCs w:val="20"/>
        </w:rPr>
        <w:t>elten</w:t>
      </w:r>
      <w:r>
        <w:rPr>
          <w:rFonts w:asciiTheme="majorHAnsi" w:hAnsiTheme="majorHAnsi" w:cstheme="majorHAnsi"/>
          <w:sz w:val="20"/>
          <w:szCs w:val="20"/>
        </w:rPr>
        <w:t xml:space="preserve">   </w:t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regelmässig  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täglich    </w:t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mehrmals täglich</w:t>
      </w:r>
    </w:p>
    <w:p w:rsidR="003B520A" w:rsidRDefault="003B520A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Wie wird es unterbrochen oder gestoppt?  </w:t>
      </w:r>
    </w:p>
    <w:p w:rsidR="003B520A" w:rsidRDefault="003B520A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lastRenderedPageBreak/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hört von selbst </w:t>
      </w:r>
      <w:proofErr w:type="gramStart"/>
      <w:r>
        <w:rPr>
          <w:rFonts w:asciiTheme="majorHAnsi" w:hAnsiTheme="majorHAnsi" w:cstheme="majorHAnsi"/>
          <w:sz w:val="20"/>
          <w:szCs w:val="20"/>
        </w:rPr>
        <w:t>auf</w:t>
      </w:r>
      <w:proofErr w:type="gramEnd"/>
      <w:r>
        <w:rPr>
          <w:rFonts w:asciiTheme="majorHAnsi" w:hAnsiTheme="majorHAnsi" w:cstheme="majorHAnsi"/>
          <w:sz w:val="20"/>
          <w:szCs w:val="20"/>
        </w:rPr>
        <w:t xml:space="preserve">   </w:t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wenn angesprochen  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braucht Hilfe    </w:t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16"/>
          <w:szCs w:val="16"/>
        </w:rPr>
        <w:t xml:space="preserve"> </w:t>
      </w:r>
      <w:r w:rsidR="00A010C3">
        <w:rPr>
          <w:rFonts w:asciiTheme="majorHAnsi" w:hAnsiTheme="majorHAnsi" w:cstheme="majorHAnsi"/>
          <w:sz w:val="16"/>
          <w:szCs w:val="16"/>
        </w:rPr>
        <w:t xml:space="preserve"> </w:t>
      </w:r>
      <w:r w:rsidR="00A010C3">
        <w:rPr>
          <w:rFonts w:asciiTheme="majorHAnsi" w:hAnsiTheme="majorHAnsi" w:cstheme="majorHAnsi"/>
          <w:sz w:val="20"/>
          <w:szCs w:val="20"/>
        </w:rPr>
        <w:t>stoppt n</w:t>
      </w:r>
      <w:r>
        <w:rPr>
          <w:rFonts w:asciiTheme="majorHAnsi" w:hAnsiTheme="majorHAnsi" w:cstheme="majorHAnsi"/>
          <w:sz w:val="20"/>
          <w:szCs w:val="20"/>
        </w:rPr>
        <w:t>ur mit starkem Eingriff</w:t>
      </w:r>
    </w:p>
    <w:p w:rsidR="003B520A" w:rsidRDefault="00A010C3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Sonstiges: 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3B520A" w:rsidRPr="00A771CE" w:rsidRDefault="003B520A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</w:p>
    <w:p w:rsidR="00314FA9" w:rsidRPr="001F794D" w:rsidRDefault="00314FA9" w:rsidP="00F77263">
      <w:pPr>
        <w:pStyle w:val="berschrift2"/>
        <w:numPr>
          <w:ilvl w:val="0"/>
          <w:numId w:val="10"/>
        </w:numPr>
        <w:tabs>
          <w:tab w:val="left" w:pos="284"/>
          <w:tab w:val="num" w:pos="360"/>
        </w:tabs>
        <w:ind w:left="0" w:firstLine="0"/>
        <w:rPr>
          <w:rFonts w:cstheme="majorHAnsi"/>
          <w:color w:val="632423" w:themeColor="accent2" w:themeShade="80"/>
        </w:rPr>
      </w:pPr>
      <w:r w:rsidRPr="001F794D">
        <w:rPr>
          <w:rFonts w:cstheme="majorHAnsi"/>
          <w:color w:val="632423" w:themeColor="accent2" w:themeShade="80"/>
        </w:rPr>
        <w:t>Alltag</w:t>
      </w:r>
    </w:p>
    <w:p w:rsidR="00403BFF" w:rsidRPr="00F77263" w:rsidRDefault="00403BFF" w:rsidP="00F77263">
      <w:pPr>
        <w:pStyle w:val="berschrift2"/>
        <w:numPr>
          <w:ilvl w:val="0"/>
          <w:numId w:val="10"/>
        </w:numPr>
        <w:tabs>
          <w:tab w:val="left" w:pos="284"/>
          <w:tab w:val="num" w:pos="360"/>
        </w:tabs>
        <w:ind w:left="0" w:firstLine="0"/>
        <w:rPr>
          <w:rFonts w:cstheme="majorHAnsi"/>
          <w:color w:val="632423" w:themeColor="accent2" w:themeShade="80"/>
        </w:rPr>
        <w:sectPr w:rsidR="00403BFF" w:rsidRPr="00F77263" w:rsidSect="00040565">
          <w:type w:val="continuous"/>
          <w:pgSz w:w="12240" w:h="15840"/>
          <w:pgMar w:top="1417" w:right="1417" w:bottom="1134" w:left="1417" w:header="1417" w:footer="709" w:gutter="0"/>
          <w:pgNumType w:fmt="numberInDash"/>
          <w:cols w:space="720"/>
          <w:docGrid w:linePitch="360"/>
        </w:sectPr>
      </w:pPr>
    </w:p>
    <w:p w:rsidR="00314FA9" w:rsidRPr="001F794D" w:rsidRDefault="00314FA9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Schlafdauer</w:t>
      </w:r>
    </w:p>
    <w:p w:rsidR="002E2DA2" w:rsidRPr="001F794D" w:rsidRDefault="002E2DA2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314FA9" w:rsidRPr="001F794D" w:rsidRDefault="00314FA9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Spaziergänge (wie oft / wie lange)</w:t>
      </w:r>
    </w:p>
    <w:p w:rsidR="00314FA9" w:rsidRPr="001F794D" w:rsidRDefault="002E2DA2" w:rsidP="00040565">
      <w:pPr>
        <w:tabs>
          <w:tab w:val="left" w:pos="284"/>
        </w:tabs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314FA9" w:rsidRPr="001F794D" w:rsidRDefault="00314FA9" w:rsidP="00040565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Beschäftigung</w:t>
      </w:r>
    </w:p>
    <w:p w:rsidR="00314FA9" w:rsidRPr="001F794D" w:rsidRDefault="006308A0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314FA9" w:rsidRPr="001F794D" w:rsidRDefault="00314FA9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Fütterung</w:t>
      </w:r>
      <w:r w:rsidR="006308A0" w:rsidRPr="001F794D">
        <w:rPr>
          <w:rFonts w:asciiTheme="majorHAnsi" w:hAnsiTheme="majorHAnsi" w:cstheme="majorHAnsi"/>
          <w:sz w:val="20"/>
          <w:szCs w:val="20"/>
        </w:rPr>
        <w:t xml:space="preserve">: </w:t>
      </w:r>
      <w:r w:rsidR="006308A0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08A0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="006308A0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="006308A0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="006308A0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6308A0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6308A0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6308A0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6308A0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6308A0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6308A0" w:rsidRPr="001F794D" w:rsidRDefault="006308A0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Trockenfutter      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Nassfutter     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selbstgekocht      </w:t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Barf</w:t>
      </w:r>
    </w:p>
    <w:p w:rsidR="006308A0" w:rsidRPr="001F794D" w:rsidRDefault="006308A0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 xml:space="preserve">Wann: 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314FA9" w:rsidRPr="001F794D" w:rsidRDefault="001C6B74" w:rsidP="00040565">
      <w:pPr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  <w:sz w:val="20"/>
          <w:szCs w:val="20"/>
        </w:rPr>
        <w:pict>
          <v:rect id="_x0000_i1027" alt="" style="width:104pt;height:.05pt;mso-width-percent:0;mso-height-percent:0;mso-width-percent:0;mso-height-percent:0" o:hrpct="479" o:hralign="center" o:hrstd="t" o:hr="t" fillcolor="#a0a0a0" stroked="f"/>
        </w:pict>
      </w:r>
    </w:p>
    <w:p w:rsidR="00403BFF" w:rsidRPr="001F794D" w:rsidRDefault="00403BFF" w:rsidP="00040565">
      <w:pPr>
        <w:pStyle w:val="berschrift3"/>
        <w:tabs>
          <w:tab w:val="left" w:pos="284"/>
        </w:tabs>
        <w:rPr>
          <w:rFonts w:cstheme="majorHAnsi"/>
          <w:lang w:val="de-CH"/>
        </w:rPr>
        <w:sectPr w:rsidR="00403BFF" w:rsidRPr="001F794D" w:rsidSect="00040565">
          <w:type w:val="continuous"/>
          <w:pgSz w:w="12240" w:h="15840"/>
          <w:pgMar w:top="1417" w:right="1417" w:bottom="1134" w:left="1417" w:header="1134" w:footer="720" w:gutter="0"/>
          <w:pgNumType w:fmt="numberInDash"/>
          <w:cols w:num="2" w:space="720"/>
          <w:docGrid w:linePitch="360"/>
        </w:sectPr>
      </w:pPr>
    </w:p>
    <w:p w:rsidR="00403BFF" w:rsidRPr="001F794D" w:rsidRDefault="00403BFF" w:rsidP="00040565">
      <w:pPr>
        <w:tabs>
          <w:tab w:val="left" w:pos="284"/>
        </w:tabs>
        <w:rPr>
          <w:rFonts w:asciiTheme="majorHAnsi" w:eastAsiaTheme="majorEastAsia" w:hAnsiTheme="majorHAnsi" w:cstheme="majorHAnsi"/>
          <w:b/>
          <w:bCs/>
          <w:color w:val="984806" w:themeColor="accent6" w:themeShade="80"/>
          <w:lang w:val="de-CH"/>
        </w:rPr>
      </w:pPr>
    </w:p>
    <w:p w:rsidR="00314FA9" w:rsidRPr="001F794D" w:rsidRDefault="00314FA9" w:rsidP="00F77263">
      <w:pPr>
        <w:pStyle w:val="berschrift2"/>
        <w:numPr>
          <w:ilvl w:val="0"/>
          <w:numId w:val="10"/>
        </w:numPr>
        <w:tabs>
          <w:tab w:val="left" w:pos="284"/>
          <w:tab w:val="num" w:pos="360"/>
        </w:tabs>
        <w:ind w:left="0" w:firstLine="0"/>
        <w:rPr>
          <w:rFonts w:cstheme="majorHAnsi"/>
          <w:color w:val="632423" w:themeColor="accent2" w:themeShade="80"/>
        </w:rPr>
      </w:pPr>
      <w:r w:rsidRPr="001F794D">
        <w:rPr>
          <w:rFonts w:cstheme="majorHAnsi"/>
          <w:color w:val="632423" w:themeColor="accent2" w:themeShade="80"/>
        </w:rPr>
        <w:t>Ziele</w:t>
      </w:r>
    </w:p>
    <w:p w:rsidR="00314FA9" w:rsidRPr="001F794D" w:rsidRDefault="00314FA9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Was läuft bereits gut?</w:t>
      </w:r>
    </w:p>
    <w:p w:rsidR="003F62CF" w:rsidRDefault="003F62CF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8F377F" w:rsidRPr="001F794D" w:rsidRDefault="008F377F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pPr>
    </w:p>
    <w:p w:rsidR="00314FA9" w:rsidRPr="001F794D" w:rsidRDefault="00314FA9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Was soll sich verändern?</w:t>
      </w:r>
    </w:p>
    <w:p w:rsidR="00314FA9" w:rsidRDefault="003F62CF" w:rsidP="00F77263">
      <w:pPr>
        <w:tabs>
          <w:tab w:val="left" w:pos="284"/>
        </w:tabs>
        <w:spacing w:after="0" w:line="240" w:lineRule="auto"/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8F377F" w:rsidRPr="001F794D" w:rsidRDefault="008F377F" w:rsidP="00F77263">
      <w:pPr>
        <w:tabs>
          <w:tab w:val="left" w:pos="284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:rsidR="00314FA9" w:rsidRPr="001F794D" w:rsidRDefault="00314FA9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Was ist euer Wunsch für den Alltag?</w:t>
      </w:r>
    </w:p>
    <w:p w:rsidR="00314FA9" w:rsidRPr="001F794D" w:rsidRDefault="003F62CF" w:rsidP="00040565">
      <w:pPr>
        <w:tabs>
          <w:tab w:val="left" w:pos="284"/>
        </w:tabs>
        <w:rPr>
          <w:rFonts w:asciiTheme="majorHAnsi" w:hAnsiTheme="majorHAnsi" w:cstheme="majorHAnsi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314FA9" w:rsidRPr="001F794D" w:rsidRDefault="00314FA9" w:rsidP="00F77263">
      <w:pPr>
        <w:pStyle w:val="berschrift2"/>
        <w:numPr>
          <w:ilvl w:val="0"/>
          <w:numId w:val="10"/>
        </w:numPr>
        <w:tabs>
          <w:tab w:val="left" w:pos="284"/>
          <w:tab w:val="num" w:pos="360"/>
        </w:tabs>
        <w:ind w:left="0" w:firstLine="0"/>
        <w:rPr>
          <w:rFonts w:cstheme="majorHAnsi"/>
          <w:color w:val="632423" w:themeColor="accent2" w:themeShade="80"/>
        </w:rPr>
      </w:pPr>
      <w:r w:rsidRPr="001F794D">
        <w:rPr>
          <w:rFonts w:cstheme="majorHAnsi"/>
          <w:color w:val="632423" w:themeColor="accent2" w:themeShade="80"/>
        </w:rPr>
        <w:t>Beziehung</w:t>
      </w:r>
    </w:p>
    <w:p w:rsidR="00314FA9" w:rsidRPr="001F794D" w:rsidRDefault="00314FA9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Wieso hast du einen Hund?</w:t>
      </w:r>
    </w:p>
    <w:p w:rsidR="00314FA9" w:rsidRPr="001F794D" w:rsidRDefault="003F62CF" w:rsidP="00F77263">
      <w:pPr>
        <w:tabs>
          <w:tab w:val="left" w:pos="284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314FA9" w:rsidRPr="001F794D" w:rsidRDefault="00314FA9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Was schätzt du besonders an deinem Hund?</w:t>
      </w:r>
    </w:p>
    <w:p w:rsidR="00314FA9" w:rsidRPr="001F794D" w:rsidRDefault="003F62CF" w:rsidP="00F77263">
      <w:pPr>
        <w:tabs>
          <w:tab w:val="left" w:pos="284"/>
        </w:tabs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314FA9" w:rsidRPr="001F794D" w:rsidRDefault="00314FA9" w:rsidP="00F77263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Wann fühlt ihr euch als Team?</w:t>
      </w:r>
    </w:p>
    <w:p w:rsidR="00314FA9" w:rsidRDefault="003F62CF" w:rsidP="00F77263">
      <w:pPr>
        <w:tabs>
          <w:tab w:val="left" w:pos="284"/>
        </w:tabs>
        <w:spacing w:after="0" w:line="240" w:lineRule="auto"/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pP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  <w:fldChar w:fldCharType="end"/>
      </w:r>
    </w:p>
    <w:p w:rsidR="00F77263" w:rsidRDefault="00F77263" w:rsidP="00F77263">
      <w:pPr>
        <w:tabs>
          <w:tab w:val="left" w:pos="284"/>
        </w:tabs>
        <w:spacing w:after="0" w:line="240" w:lineRule="auto"/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  <w:lang w:eastAsia="de-DE"/>
        </w:rPr>
      </w:pPr>
    </w:p>
    <w:p w:rsidR="00314FA9" w:rsidRPr="001F794D" w:rsidRDefault="001C6B74" w:rsidP="00040565">
      <w:pPr>
        <w:tabs>
          <w:tab w:val="left" w:pos="284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pict>
          <v:rect id="_x0000_i1026" alt="" style="width:439.75pt;height:.05pt;mso-width-percent:0;mso-height-percent:0;mso-width-percent:0;mso-height-percent:0" o:hrpct="935" o:hralign="center" o:hrstd="t" o:hr="t" fillcolor="#a0a0a0" stroked="f"/>
        </w:pict>
      </w:r>
    </w:p>
    <w:p w:rsidR="00403BFF" w:rsidRPr="001F794D" w:rsidRDefault="00403BFF" w:rsidP="00040565">
      <w:pPr>
        <w:pStyle w:val="StandardWeb"/>
        <w:tabs>
          <w:tab w:val="left" w:pos="284"/>
        </w:tabs>
        <w:rPr>
          <w:rFonts w:asciiTheme="majorHAnsi" w:hAnsiTheme="majorHAnsi" w:cstheme="majorHAnsi"/>
        </w:rPr>
        <w:sectPr w:rsidR="00403BFF" w:rsidRPr="001F794D" w:rsidSect="00F77263">
          <w:type w:val="continuous"/>
          <w:pgSz w:w="12240" w:h="15840"/>
          <w:pgMar w:top="1417" w:right="1417" w:bottom="1134" w:left="1417" w:header="567" w:footer="567" w:gutter="0"/>
          <w:pgNumType w:fmt="numberInDash"/>
          <w:cols w:space="720"/>
          <w:docGrid w:linePitch="360"/>
        </w:sectPr>
      </w:pPr>
    </w:p>
    <w:p w:rsidR="00314FA9" w:rsidRPr="001F794D" w:rsidRDefault="00314FA9" w:rsidP="00040565">
      <w:pPr>
        <w:pStyle w:val="StandardWeb"/>
        <w:tabs>
          <w:tab w:val="left" w:pos="284"/>
        </w:tabs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Wie glücklich bist du aktuell?</w:t>
      </w:r>
    </w:p>
    <w:p w:rsidR="00314FA9" w:rsidRPr="001F794D" w:rsidRDefault="004705A0" w:rsidP="00040565">
      <w:pPr>
        <w:pStyle w:val="StandardWeb"/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sehr unglücklich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eher unglücklich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teils / teils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eher glücklich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sehr glücklich</w:t>
      </w:r>
    </w:p>
    <w:p w:rsidR="00314FA9" w:rsidRPr="001F794D" w:rsidRDefault="001C6B74" w:rsidP="00040565">
      <w:pPr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  <w:sz w:val="20"/>
          <w:szCs w:val="20"/>
        </w:rPr>
        <w:pict>
          <v:rect id="_x0000_i1025" alt="" style="width:.45pt;height:.05pt;mso-width-percent:0;mso-height-percent:0;mso-width-percent:0;mso-height-percent:0" o:hrpct="1" o:hralign="center" o:hrstd="t" o:hr="t" fillcolor="#a0a0a0" stroked="f"/>
        </w:pict>
      </w:r>
    </w:p>
    <w:p w:rsidR="003F62CF" w:rsidRPr="001F794D" w:rsidRDefault="003F62CF" w:rsidP="00040565">
      <w:pPr>
        <w:pStyle w:val="StandardWeb"/>
        <w:tabs>
          <w:tab w:val="left" w:pos="284"/>
        </w:tabs>
        <w:rPr>
          <w:rFonts w:asciiTheme="majorHAnsi" w:hAnsiTheme="majorHAnsi" w:cstheme="majorHAnsi"/>
          <w:b/>
          <w:bCs/>
          <w:sz w:val="20"/>
          <w:szCs w:val="20"/>
        </w:rPr>
      </w:pPr>
    </w:p>
    <w:p w:rsidR="003F62CF" w:rsidRPr="001F794D" w:rsidRDefault="003F62CF" w:rsidP="00040565">
      <w:pPr>
        <w:pStyle w:val="StandardWeb"/>
        <w:tabs>
          <w:tab w:val="left" w:pos="284"/>
        </w:tabs>
        <w:rPr>
          <w:rFonts w:asciiTheme="majorHAnsi" w:hAnsiTheme="majorHAnsi" w:cstheme="majorHAnsi"/>
          <w:b/>
          <w:bCs/>
          <w:sz w:val="20"/>
          <w:szCs w:val="20"/>
        </w:rPr>
      </w:pPr>
    </w:p>
    <w:p w:rsidR="00314FA9" w:rsidRPr="001F794D" w:rsidRDefault="00314FA9" w:rsidP="00040565">
      <w:pPr>
        <w:pStyle w:val="StandardWeb"/>
        <w:tabs>
          <w:tab w:val="left" w:pos="284"/>
        </w:tabs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Wie bist du auf Hund aufs Herz aufmerksam geworden?</w:t>
      </w:r>
    </w:p>
    <w:p w:rsidR="00314FA9" w:rsidRPr="001F794D" w:rsidRDefault="004705A0" w:rsidP="00040565">
      <w:pPr>
        <w:pStyle w:val="StandardWeb"/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Tierarzt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Bekannte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Trainer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Google</w:t>
      </w:r>
      <w:r w:rsidR="00314FA9"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="00314FA9" w:rsidRPr="001F794D">
        <w:rPr>
          <w:rFonts w:asciiTheme="majorHAnsi" w:hAnsiTheme="majorHAnsi" w:cstheme="majorHAnsi"/>
          <w:sz w:val="20"/>
          <w:szCs w:val="20"/>
        </w:rPr>
        <w:t xml:space="preserve"> Social Media</w:t>
      </w:r>
    </w:p>
    <w:p w:rsidR="003F62CF" w:rsidRPr="001F794D" w:rsidRDefault="00AB3261" w:rsidP="00040565">
      <w:pPr>
        <w:pStyle w:val="StandardWeb"/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Sonstiges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3F62CF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F62CF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instrText xml:space="preserve"> FORMTEXT </w:instrText>
      </w:r>
      <w:r w:rsidR="003F62CF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</w:r>
      <w:r w:rsidR="003F62CF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separate"/>
      </w:r>
      <w:r w:rsidR="003F62CF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3F62CF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3F62CF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3F62CF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3F62CF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t> </w:t>
      </w:r>
      <w:r w:rsidR="003F62CF" w:rsidRPr="001F794D">
        <w:rPr>
          <w:rFonts w:asciiTheme="majorHAnsi" w:hAnsiTheme="majorHAnsi" w:cstheme="majorHAnsi"/>
          <w:b/>
          <w:bCs/>
          <w:noProof/>
          <w:color w:val="984806" w:themeColor="accent6" w:themeShade="80"/>
          <w:sz w:val="20"/>
          <w:szCs w:val="20"/>
          <w:u w:val="single"/>
        </w:rPr>
        <w:fldChar w:fldCharType="end"/>
      </w:r>
    </w:p>
    <w:p w:rsidR="00403BFF" w:rsidRPr="001F794D" w:rsidRDefault="00403BFF" w:rsidP="00040565">
      <w:pPr>
        <w:tabs>
          <w:tab w:val="left" w:pos="284"/>
        </w:tabs>
        <w:rPr>
          <w:rFonts w:asciiTheme="majorHAnsi" w:hAnsiTheme="majorHAnsi" w:cstheme="majorHAnsi"/>
        </w:rPr>
        <w:sectPr w:rsidR="00403BFF" w:rsidRPr="001F794D" w:rsidSect="00040565">
          <w:type w:val="continuous"/>
          <w:pgSz w:w="12240" w:h="15840"/>
          <w:pgMar w:top="1417" w:right="1417" w:bottom="1134" w:left="1417" w:header="1134" w:footer="709" w:gutter="0"/>
          <w:pgNumType w:fmt="numberInDash"/>
          <w:cols w:num="2" w:space="720"/>
          <w:docGrid w:linePitch="360"/>
        </w:sectPr>
      </w:pPr>
    </w:p>
    <w:p w:rsidR="001F794D" w:rsidRPr="001F794D" w:rsidRDefault="001F794D" w:rsidP="00040565">
      <w:pPr>
        <w:tabs>
          <w:tab w:val="left" w:pos="284"/>
        </w:tabs>
        <w:rPr>
          <w:rFonts w:asciiTheme="majorHAnsi" w:hAnsiTheme="majorHAnsi" w:cstheme="majorHAnsi"/>
        </w:rPr>
      </w:pPr>
    </w:p>
    <w:sectPr w:rsidR="001F794D" w:rsidRPr="001F794D" w:rsidSect="00040565">
      <w:type w:val="continuous"/>
      <w:pgSz w:w="12240" w:h="15840"/>
      <w:pgMar w:top="1417" w:right="1417" w:bottom="1134" w:left="1417" w:header="1351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6B74" w:rsidRDefault="001C6B74" w:rsidP="0007469E">
      <w:pPr>
        <w:spacing w:after="0" w:line="240" w:lineRule="auto"/>
      </w:pPr>
      <w:r>
        <w:separator/>
      </w:r>
    </w:p>
  </w:endnote>
  <w:endnote w:type="continuationSeparator" w:id="0">
    <w:p w:rsidR="001C6B74" w:rsidRDefault="001C6B74" w:rsidP="00074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yuthaya">
    <w:panose1 w:val="00000400000000000000"/>
    <w:charset w:val="DE"/>
    <w:family w:val="auto"/>
    <w:pitch w:val="variable"/>
    <w:sig w:usb0="A10002FF" w:usb1="5000204A" w:usb2="00000020" w:usb3="00000000" w:csb0="0001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469E" w:rsidRPr="003F62CF" w:rsidRDefault="0007469E" w:rsidP="00CF13B1">
    <w:pPr>
      <w:pStyle w:val="Fuzeile"/>
      <w:tabs>
        <w:tab w:val="clear" w:pos="9360"/>
        <w:tab w:val="right" w:pos="10206"/>
      </w:tabs>
      <w:ind w:right="43"/>
      <w:rPr>
        <w:rFonts w:ascii="Helvetica Neue" w:hAnsi="Helvetica Neue" w:cs="Ayuthaya"/>
        <w:sz w:val="18"/>
        <w:szCs w:val="18"/>
        <w:lang w:val="de-CH"/>
      </w:rPr>
    </w:pPr>
    <w:r w:rsidRPr="003F62CF">
      <w:rPr>
        <w:rFonts w:ascii="Helvetica Neue" w:hAnsi="Helvetica Neue" w:cs="Ayuthaya"/>
        <w:sz w:val="18"/>
        <w:szCs w:val="18"/>
        <w:lang w:val="de-CH"/>
      </w:rPr>
      <w:t>Hund aufs Herz Hundetraining</w:t>
    </w:r>
    <w:r w:rsidRPr="003F62CF">
      <w:rPr>
        <w:rFonts w:ascii="Helvetica Neue" w:hAnsi="Helvetica Neue" w:cs="Ayuthaya"/>
        <w:sz w:val="18"/>
        <w:szCs w:val="18"/>
        <w:lang w:val="de-CH"/>
      </w:rPr>
      <w:tab/>
      <w:t>+41 78 353 7886</w:t>
    </w:r>
    <w:r w:rsidRPr="003F62CF">
      <w:rPr>
        <w:rFonts w:ascii="Helvetica Neue" w:hAnsi="Helvetica Neue" w:cs="Ayuthaya"/>
        <w:sz w:val="18"/>
        <w:szCs w:val="18"/>
        <w:lang w:val="de-CH"/>
      </w:rPr>
      <w:tab/>
    </w:r>
    <w:r w:rsidR="00000000">
      <w:fldChar w:fldCharType="begin"/>
    </w:r>
    <w:r w:rsidR="00000000" w:rsidRPr="000F4403">
      <w:rPr>
        <w:lang w:val="de-CH"/>
      </w:rPr>
      <w:instrText>HYPERLINK "http://www.hundaufsherz.ch"</w:instrText>
    </w:r>
    <w:r w:rsidR="00000000">
      <w:fldChar w:fldCharType="separate"/>
    </w:r>
    <w:r w:rsidRPr="003F62CF">
      <w:rPr>
        <w:rStyle w:val="Hyperlink"/>
        <w:rFonts w:ascii="Helvetica Neue" w:hAnsi="Helvetica Neue" w:cs="Ayuthaya"/>
        <w:color w:val="632423" w:themeColor="accent2" w:themeShade="80"/>
        <w:sz w:val="18"/>
        <w:szCs w:val="18"/>
        <w:lang w:val="de-CH"/>
      </w:rPr>
      <w:t>www.hundaufsherz.ch</w:t>
    </w:r>
    <w:r w:rsidR="00000000">
      <w:rPr>
        <w:rStyle w:val="Hyperlink"/>
        <w:rFonts w:ascii="Helvetica Neue" w:hAnsi="Helvetica Neue" w:cs="Ayuthaya"/>
        <w:color w:val="632423" w:themeColor="accent2" w:themeShade="80"/>
        <w:sz w:val="18"/>
        <w:szCs w:val="18"/>
        <w:lang w:val="de-CH"/>
      </w:rPr>
      <w:fldChar w:fldCharType="end"/>
    </w:r>
  </w:p>
  <w:p w:rsidR="0007469E" w:rsidRPr="00CF13B1" w:rsidRDefault="0007469E" w:rsidP="00CF13B1">
    <w:pPr>
      <w:pStyle w:val="Fuzeile"/>
      <w:tabs>
        <w:tab w:val="clear" w:pos="9360"/>
        <w:tab w:val="right" w:pos="10206"/>
      </w:tabs>
      <w:ind w:right="43"/>
      <w:rPr>
        <w:rFonts w:ascii="Helvetica Neue" w:hAnsi="Helvetica Neue" w:cs="Ayuthaya"/>
        <w:sz w:val="18"/>
        <w:szCs w:val="18"/>
        <w:lang w:val="de-CH"/>
      </w:rPr>
    </w:pPr>
    <w:r w:rsidRPr="003F62CF">
      <w:rPr>
        <w:rFonts w:ascii="Helvetica Neue" w:hAnsi="Helvetica Neue" w:cs="Ayuthaya"/>
        <w:sz w:val="18"/>
        <w:szCs w:val="18"/>
        <w:lang w:val="de-CH"/>
      </w:rPr>
      <w:t>Claudia Lang</w:t>
    </w:r>
    <w:r w:rsidRPr="003F62CF">
      <w:rPr>
        <w:rFonts w:ascii="Helvetica Neue" w:hAnsi="Helvetica Neue" w:cs="Ayuthaya"/>
        <w:sz w:val="18"/>
        <w:szCs w:val="18"/>
        <w:lang w:val="de-CH"/>
      </w:rPr>
      <w:tab/>
    </w:r>
    <w:hyperlink r:id="rId1" w:history="1">
      <w:r w:rsidRPr="003F62CF">
        <w:rPr>
          <w:rStyle w:val="Hyperlink"/>
          <w:rFonts w:ascii="Helvetica Neue" w:hAnsi="Helvetica Neue" w:cs="Ayuthaya"/>
          <w:color w:val="000080" w:themeColor="hyperlink" w:themeShade="80"/>
          <w:sz w:val="18"/>
          <w:szCs w:val="18"/>
          <w:lang w:val="de-CH"/>
        </w:rPr>
        <w:t>info@fair-dogs.com</w:t>
      </w:r>
    </w:hyperlink>
    <w:r w:rsidRPr="003F62CF">
      <w:rPr>
        <w:rFonts w:ascii="Helvetica Neue" w:hAnsi="Helvetica Neue" w:cs="Ayuthaya"/>
        <w:sz w:val="18"/>
        <w:szCs w:val="18"/>
        <w:lang w:val="de-CH"/>
      </w:rPr>
      <w:tab/>
      <w:t>© Claudia Lang – Alle Rechte vorbehalten.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6B74" w:rsidRDefault="001C6B74" w:rsidP="0007469E">
      <w:pPr>
        <w:spacing w:after="0" w:line="240" w:lineRule="auto"/>
      </w:pPr>
      <w:r>
        <w:separator/>
      </w:r>
    </w:p>
  </w:footnote>
  <w:footnote w:type="continuationSeparator" w:id="0">
    <w:p w:rsidR="001C6B74" w:rsidRDefault="001C6B74" w:rsidP="00074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582597921"/>
      <w:docPartObj>
        <w:docPartGallery w:val="Page Numbers (Top of Page)"/>
        <w:docPartUnique/>
      </w:docPartObj>
    </w:sdtPr>
    <w:sdtContent>
      <w:p w:rsidR="00314FA9" w:rsidRDefault="00314FA9" w:rsidP="00CF13B1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3E2314">
          <w:rPr>
            <w:rStyle w:val="Seitenzahl"/>
            <w:noProof/>
          </w:rPr>
          <w:t>- 2 -</w:t>
        </w:r>
        <w:r>
          <w:rPr>
            <w:rStyle w:val="Seitenzahl"/>
          </w:rPr>
          <w:fldChar w:fldCharType="end"/>
        </w:r>
      </w:p>
    </w:sdtContent>
  </w:sdt>
  <w:p w:rsidR="00314FA9" w:rsidRDefault="00314FA9" w:rsidP="00314FA9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7469E" w:rsidRDefault="00040565" w:rsidP="00CF13B1">
    <w:pPr>
      <w:pStyle w:val="Kopfzeile"/>
      <w:tabs>
        <w:tab w:val="clear" w:pos="4680"/>
        <w:tab w:val="clear" w:pos="9360"/>
        <w:tab w:val="left" w:pos="2895"/>
      </w:tabs>
      <w:ind w:right="360"/>
    </w:pPr>
    <w:r>
      <w:rPr>
        <w:noProof/>
      </w:rPr>
      <w:drawing>
        <wp:inline distT="0" distB="0" distL="0" distR="0">
          <wp:extent cx="762000" cy="573548"/>
          <wp:effectExtent l="0" t="0" r="0" b="0"/>
          <wp:docPr id="56527333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273335" name="Grafik 5652733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246" cy="58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149791609"/>
      <w:docPartObj>
        <w:docPartGallery w:val="Page Numbers (Top of Page)"/>
        <w:docPartUnique/>
      </w:docPartObj>
    </w:sdtPr>
    <w:sdtContent>
      <w:p w:rsidR="00FD7FD9" w:rsidRDefault="00FD7FD9" w:rsidP="00D6213B">
        <w:pPr>
          <w:pStyle w:val="Kopfzeile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D7FD9" w:rsidRDefault="00FD7FD9" w:rsidP="00D6213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0D1204"/>
    <w:multiLevelType w:val="hybridMultilevel"/>
    <w:tmpl w:val="1E5C08C0"/>
    <w:lvl w:ilvl="0" w:tplc="FFFFFFF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45C45"/>
    <w:multiLevelType w:val="hybridMultilevel"/>
    <w:tmpl w:val="2DCA0A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C7192"/>
    <w:multiLevelType w:val="hybridMultilevel"/>
    <w:tmpl w:val="1E5C08C0"/>
    <w:lvl w:ilvl="0" w:tplc="CBE8291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EF7D68"/>
    <w:multiLevelType w:val="hybridMultilevel"/>
    <w:tmpl w:val="95D80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10C66"/>
    <w:multiLevelType w:val="hybridMultilevel"/>
    <w:tmpl w:val="1E5C08C0"/>
    <w:lvl w:ilvl="0" w:tplc="FFFFFFF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15701">
    <w:abstractNumId w:val="8"/>
  </w:num>
  <w:num w:numId="2" w16cid:durableId="908347178">
    <w:abstractNumId w:val="6"/>
  </w:num>
  <w:num w:numId="3" w16cid:durableId="1006861165">
    <w:abstractNumId w:val="5"/>
  </w:num>
  <w:num w:numId="4" w16cid:durableId="358168109">
    <w:abstractNumId w:val="4"/>
  </w:num>
  <w:num w:numId="5" w16cid:durableId="694044289">
    <w:abstractNumId w:val="7"/>
  </w:num>
  <w:num w:numId="6" w16cid:durableId="1369725428">
    <w:abstractNumId w:val="3"/>
  </w:num>
  <w:num w:numId="7" w16cid:durableId="806707870">
    <w:abstractNumId w:val="2"/>
  </w:num>
  <w:num w:numId="8" w16cid:durableId="242034078">
    <w:abstractNumId w:val="1"/>
  </w:num>
  <w:num w:numId="9" w16cid:durableId="1544558947">
    <w:abstractNumId w:val="0"/>
  </w:num>
  <w:num w:numId="10" w16cid:durableId="875776153">
    <w:abstractNumId w:val="11"/>
  </w:num>
  <w:num w:numId="11" w16cid:durableId="1321932993">
    <w:abstractNumId w:val="12"/>
  </w:num>
  <w:num w:numId="12" w16cid:durableId="1179151585">
    <w:abstractNumId w:val="10"/>
  </w:num>
  <w:num w:numId="13" w16cid:durableId="1781759964">
    <w:abstractNumId w:val="9"/>
  </w:num>
  <w:num w:numId="14" w16cid:durableId="17547425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F88"/>
    <w:rsid w:val="000208F5"/>
    <w:rsid w:val="00034616"/>
    <w:rsid w:val="00040565"/>
    <w:rsid w:val="0006063C"/>
    <w:rsid w:val="00061B7D"/>
    <w:rsid w:val="0007469E"/>
    <w:rsid w:val="00091D38"/>
    <w:rsid w:val="00096327"/>
    <w:rsid w:val="000A5878"/>
    <w:rsid w:val="000F4403"/>
    <w:rsid w:val="0015074B"/>
    <w:rsid w:val="00162689"/>
    <w:rsid w:val="00195D12"/>
    <w:rsid w:val="001C6B74"/>
    <w:rsid w:val="001F794D"/>
    <w:rsid w:val="00222A42"/>
    <w:rsid w:val="00237EBF"/>
    <w:rsid w:val="0029639D"/>
    <w:rsid w:val="002A1875"/>
    <w:rsid w:val="002B4FC3"/>
    <w:rsid w:val="002E2DA2"/>
    <w:rsid w:val="002F4EC3"/>
    <w:rsid w:val="00314FA9"/>
    <w:rsid w:val="00326F90"/>
    <w:rsid w:val="003B409E"/>
    <w:rsid w:val="003B520A"/>
    <w:rsid w:val="003E2314"/>
    <w:rsid w:val="003F62CF"/>
    <w:rsid w:val="00403BFF"/>
    <w:rsid w:val="004164AB"/>
    <w:rsid w:val="00455C15"/>
    <w:rsid w:val="00461379"/>
    <w:rsid w:val="004705A0"/>
    <w:rsid w:val="00496087"/>
    <w:rsid w:val="004A6F65"/>
    <w:rsid w:val="004E2A94"/>
    <w:rsid w:val="005236D5"/>
    <w:rsid w:val="005C3DCB"/>
    <w:rsid w:val="006305C6"/>
    <w:rsid w:val="006308A0"/>
    <w:rsid w:val="00654FF4"/>
    <w:rsid w:val="006603F4"/>
    <w:rsid w:val="006648CC"/>
    <w:rsid w:val="00670FF9"/>
    <w:rsid w:val="007B2D06"/>
    <w:rsid w:val="008B6B94"/>
    <w:rsid w:val="008F377F"/>
    <w:rsid w:val="00951E01"/>
    <w:rsid w:val="009C3B25"/>
    <w:rsid w:val="00A010C3"/>
    <w:rsid w:val="00A11B9A"/>
    <w:rsid w:val="00A32804"/>
    <w:rsid w:val="00A771CE"/>
    <w:rsid w:val="00AA1D8D"/>
    <w:rsid w:val="00AA3239"/>
    <w:rsid w:val="00AB3261"/>
    <w:rsid w:val="00B07E6C"/>
    <w:rsid w:val="00B44C7D"/>
    <w:rsid w:val="00B47730"/>
    <w:rsid w:val="00B6489E"/>
    <w:rsid w:val="00B908C2"/>
    <w:rsid w:val="00BF440A"/>
    <w:rsid w:val="00C044F5"/>
    <w:rsid w:val="00C11462"/>
    <w:rsid w:val="00C37CA4"/>
    <w:rsid w:val="00CB0664"/>
    <w:rsid w:val="00CF13B1"/>
    <w:rsid w:val="00D00BBA"/>
    <w:rsid w:val="00D63EFF"/>
    <w:rsid w:val="00D811E1"/>
    <w:rsid w:val="00DC0073"/>
    <w:rsid w:val="00EA6DF1"/>
    <w:rsid w:val="00EB0EFD"/>
    <w:rsid w:val="00F23141"/>
    <w:rsid w:val="00F77263"/>
    <w:rsid w:val="00FC693F"/>
    <w:rsid w:val="00FD7FD9"/>
    <w:rsid w:val="00FE7409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9A40D4A"/>
  <w14:defaultImageDpi w14:val="300"/>
  <w15:docId w15:val="{ED833278-4674-114F-A1F7-2556A9A2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0208F5"/>
    <w:pPr>
      <w:keepNext/>
      <w:keepLines/>
      <w:spacing w:before="480" w:after="0"/>
      <w:outlineLvl w:val="0"/>
    </w:pPr>
    <w:rPr>
      <w:rFonts w:ascii="Baskerville" w:eastAsiaTheme="majorEastAsia" w:hAnsi="Baskerville" w:cstheme="majorBidi"/>
      <w:bCs/>
      <w:color w:val="984806" w:themeColor="accent6" w:themeShade="80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208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984806" w:themeColor="accent6" w:themeShade="8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14F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84806" w:themeColor="accent6" w:themeShade="8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208F5"/>
    <w:rPr>
      <w:rFonts w:ascii="Baskerville" w:eastAsiaTheme="majorEastAsia" w:hAnsi="Baskerville" w:cstheme="majorBidi"/>
      <w:bCs/>
      <w:color w:val="984806" w:themeColor="accent6" w:themeShade="80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208F5"/>
    <w:rPr>
      <w:rFonts w:asciiTheme="majorHAnsi" w:eastAsiaTheme="majorEastAsia" w:hAnsiTheme="majorHAnsi" w:cstheme="majorBidi"/>
      <w:bCs/>
      <w:color w:val="984806" w:themeColor="accent6" w:themeShade="80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14FA9"/>
    <w:rPr>
      <w:rFonts w:asciiTheme="majorHAnsi" w:eastAsiaTheme="majorEastAsia" w:hAnsiTheme="majorHAnsi" w:cstheme="majorBidi"/>
      <w:b/>
      <w:bCs/>
      <w:color w:val="984806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07469E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02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314FA9"/>
  </w:style>
  <w:style w:type="character" w:styleId="BesuchterLink">
    <w:name w:val="FollowedHyperlink"/>
    <w:basedOn w:val="Absatz-Standardschriftart"/>
    <w:uiPriority w:val="99"/>
    <w:semiHidden/>
    <w:unhideWhenUsed/>
    <w:rsid w:val="001F79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air-dog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1704</Words>
  <Characters>10742</Characters>
  <Application>Microsoft Office Word</Application>
  <DocSecurity>0</DocSecurity>
  <Lines>89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Claudia Lang</cp:lastModifiedBy>
  <cp:revision>9</cp:revision>
  <cp:lastPrinted>2026-03-18T17:35:00Z</cp:lastPrinted>
  <dcterms:created xsi:type="dcterms:W3CDTF">2026-03-30T11:08:00Z</dcterms:created>
  <dcterms:modified xsi:type="dcterms:W3CDTF">2026-08-02T12:26:00Z</dcterms:modified>
  <cp:category/>
</cp:coreProperties>
</file>